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801AC" w14:textId="0DFC53D8" w:rsidR="00D85604" w:rsidRDefault="001160CC">
      <w:pPr>
        <w:jc w:val="center"/>
        <w:rPr>
          <w:rFonts w:hint="eastAsia"/>
        </w:rPr>
      </w:pPr>
      <w:r>
        <w:rPr>
          <w:rFonts w:ascii="Aptos Display" w:hAnsi="Aptos Display"/>
          <w:b/>
          <w:color w:val="143957"/>
          <w:sz w:val="24"/>
        </w:rPr>
        <w:t xml:space="preserve">THE </w:t>
      </w:r>
      <w:r w:rsidR="00000000">
        <w:rPr>
          <w:rFonts w:ascii="Aptos Display" w:hAnsi="Aptos Display"/>
          <w:b/>
          <w:color w:val="143957"/>
          <w:sz w:val="24"/>
        </w:rPr>
        <w:t>ASSOCIATION OF CERTIFIED PUBLIC ACCOUNTANTS IN ENGLAND</w:t>
      </w:r>
    </w:p>
    <w:p w14:paraId="1374D05F" w14:textId="77777777" w:rsidR="00D85604" w:rsidRDefault="00000000">
      <w:pPr>
        <w:jc w:val="center"/>
        <w:rPr>
          <w:rFonts w:hint="eastAsia"/>
        </w:rPr>
      </w:pPr>
      <w:r>
        <w:rPr>
          <w:b/>
          <w:color w:val="143957"/>
          <w:sz w:val="42"/>
        </w:rPr>
        <w:t>STUDENT REGISTRATION APPLICATION</w:t>
      </w:r>
    </w:p>
    <w:p w14:paraId="036A786C" w14:textId="77777777" w:rsidR="00D85604" w:rsidRPr="003A2536" w:rsidRDefault="00000000">
      <w:pPr>
        <w:jc w:val="center"/>
        <w:rPr>
          <w:rFonts w:hint="eastAsia"/>
          <w:sz w:val="20"/>
          <w:szCs w:val="20"/>
        </w:rPr>
      </w:pPr>
      <w:r w:rsidRPr="003A2536">
        <w:rPr>
          <w:sz w:val="20"/>
          <w:szCs w:val="20"/>
        </w:rPr>
        <w:t>Please complete all relevant sections in BLOCK CAPITALS or electronically. Fields marked * are required. Do not send original documents.</w:t>
      </w:r>
    </w:p>
    <w:tbl>
      <w:tblPr>
        <w:tblStyle w:val="TableGrid"/>
        <w:tblW w:w="0" w:type="auto"/>
        <w:jc w:val="center"/>
        <w:tblLook w:val="04A0" w:firstRow="1" w:lastRow="0" w:firstColumn="1" w:lastColumn="0" w:noHBand="0" w:noVBand="1"/>
      </w:tblPr>
      <w:tblGrid>
        <w:gridCol w:w="3404"/>
        <w:gridCol w:w="3405"/>
        <w:gridCol w:w="3405"/>
      </w:tblGrid>
      <w:tr w:rsidR="00D85604" w:rsidRPr="003A2536" w14:paraId="5C709EFB" w14:textId="77777777">
        <w:trPr>
          <w:jc w:val="center"/>
        </w:trPr>
        <w:tc>
          <w:tcPr>
            <w:tcW w:w="3408" w:type="dxa"/>
            <w:shd w:val="clear" w:color="auto" w:fill="DCE8EF"/>
            <w:vAlign w:val="center"/>
          </w:tcPr>
          <w:p w14:paraId="269A8BA5" w14:textId="77777777" w:rsidR="00D85604" w:rsidRPr="003A2536" w:rsidRDefault="00000000">
            <w:pPr>
              <w:spacing w:after="20"/>
              <w:rPr>
                <w:rFonts w:hint="eastAsia"/>
                <w:sz w:val="20"/>
                <w:szCs w:val="20"/>
              </w:rPr>
            </w:pPr>
            <w:r w:rsidRPr="003A2536">
              <w:rPr>
                <w:b/>
                <w:sz w:val="20"/>
                <w:szCs w:val="20"/>
              </w:rPr>
              <w:t>FOR ACPA OFFICE USE ONLY</w:t>
            </w:r>
          </w:p>
        </w:tc>
        <w:tc>
          <w:tcPr>
            <w:tcW w:w="3408" w:type="dxa"/>
            <w:shd w:val="clear" w:color="auto" w:fill="DCE8EF"/>
            <w:vAlign w:val="center"/>
          </w:tcPr>
          <w:p w14:paraId="11EC0C91" w14:textId="77777777" w:rsidR="00D85604" w:rsidRPr="003A2536" w:rsidRDefault="00000000">
            <w:pPr>
              <w:spacing w:after="20"/>
              <w:rPr>
                <w:rFonts w:hint="eastAsia"/>
                <w:sz w:val="20"/>
                <w:szCs w:val="20"/>
              </w:rPr>
            </w:pPr>
            <w:r w:rsidRPr="003A2536">
              <w:rPr>
                <w:b/>
                <w:sz w:val="20"/>
                <w:szCs w:val="20"/>
              </w:rPr>
              <w:t>Application reference:</w:t>
            </w:r>
          </w:p>
        </w:tc>
        <w:tc>
          <w:tcPr>
            <w:tcW w:w="3408" w:type="dxa"/>
            <w:shd w:val="clear" w:color="auto" w:fill="DCE8EF"/>
            <w:vAlign w:val="center"/>
          </w:tcPr>
          <w:p w14:paraId="27AABF10" w14:textId="77777777" w:rsidR="00D85604" w:rsidRPr="003A2536" w:rsidRDefault="00000000">
            <w:pPr>
              <w:spacing w:after="20"/>
              <w:rPr>
                <w:rFonts w:hint="eastAsia"/>
                <w:sz w:val="20"/>
                <w:szCs w:val="20"/>
              </w:rPr>
            </w:pPr>
            <w:r w:rsidRPr="003A2536">
              <w:rPr>
                <w:b/>
                <w:sz w:val="20"/>
                <w:szCs w:val="20"/>
              </w:rPr>
              <w:t>Date received:</w:t>
            </w:r>
          </w:p>
        </w:tc>
      </w:tr>
      <w:tr w:rsidR="00D85604" w:rsidRPr="003A2536" w14:paraId="755110F4" w14:textId="77777777">
        <w:trPr>
          <w:jc w:val="center"/>
        </w:trPr>
        <w:tc>
          <w:tcPr>
            <w:tcW w:w="3408" w:type="dxa"/>
            <w:vAlign w:val="center"/>
          </w:tcPr>
          <w:p w14:paraId="678FD8AD" w14:textId="77777777" w:rsidR="00D85604" w:rsidRPr="003A2536" w:rsidRDefault="00000000">
            <w:pPr>
              <w:spacing w:after="20"/>
              <w:rPr>
                <w:rFonts w:hint="eastAsia"/>
                <w:sz w:val="20"/>
                <w:szCs w:val="20"/>
              </w:rPr>
            </w:pPr>
            <w:r w:rsidRPr="003A2536">
              <w:rPr>
                <w:sz w:val="20"/>
                <w:szCs w:val="20"/>
              </w:rPr>
              <w:t>Student number:</w:t>
            </w:r>
          </w:p>
        </w:tc>
        <w:tc>
          <w:tcPr>
            <w:tcW w:w="3408" w:type="dxa"/>
            <w:vAlign w:val="center"/>
          </w:tcPr>
          <w:p w14:paraId="6C800ADF" w14:textId="7904A9AD" w:rsidR="003A2536" w:rsidRPr="003A2536" w:rsidRDefault="00000000">
            <w:pPr>
              <w:spacing w:after="20"/>
              <w:rPr>
                <w:sz w:val="20"/>
                <w:szCs w:val="20"/>
              </w:rPr>
            </w:pPr>
            <w:r w:rsidRPr="003A2536">
              <w:rPr>
                <w:sz w:val="20"/>
                <w:szCs w:val="20"/>
              </w:rPr>
              <w:t xml:space="preserve">Decision:  ☐ Approved  </w:t>
            </w:r>
            <w:r w:rsidR="003A2536" w:rsidRPr="003A2536">
              <w:rPr>
                <w:sz w:val="20"/>
                <w:szCs w:val="20"/>
              </w:rPr>
              <w:t xml:space="preserve"> </w:t>
            </w:r>
            <w:r w:rsidRPr="003A2536">
              <w:rPr>
                <w:sz w:val="20"/>
                <w:szCs w:val="20"/>
              </w:rPr>
              <w:t xml:space="preserve">☐ Pending  </w:t>
            </w:r>
          </w:p>
          <w:p w14:paraId="1478485B" w14:textId="2C199544" w:rsidR="00D85604" w:rsidRPr="003A2536" w:rsidRDefault="00000000">
            <w:pPr>
              <w:spacing w:after="20"/>
              <w:rPr>
                <w:rFonts w:hint="eastAsia"/>
                <w:sz w:val="20"/>
                <w:szCs w:val="20"/>
              </w:rPr>
            </w:pPr>
            <w:r w:rsidRPr="003A2536">
              <w:rPr>
                <w:sz w:val="20"/>
                <w:szCs w:val="20"/>
              </w:rPr>
              <w:t>☐ Declined</w:t>
            </w:r>
          </w:p>
        </w:tc>
        <w:tc>
          <w:tcPr>
            <w:tcW w:w="3408" w:type="dxa"/>
            <w:vAlign w:val="center"/>
          </w:tcPr>
          <w:p w14:paraId="657C86ED" w14:textId="77777777" w:rsidR="00D85604" w:rsidRPr="003A2536" w:rsidRDefault="00000000">
            <w:pPr>
              <w:spacing w:after="20"/>
              <w:rPr>
                <w:rFonts w:hint="eastAsia"/>
                <w:sz w:val="20"/>
                <w:szCs w:val="20"/>
              </w:rPr>
            </w:pPr>
            <w:r w:rsidRPr="003A2536">
              <w:rPr>
                <w:sz w:val="20"/>
                <w:szCs w:val="20"/>
              </w:rPr>
              <w:t>Decision date:</w:t>
            </w:r>
          </w:p>
        </w:tc>
      </w:tr>
    </w:tbl>
    <w:p w14:paraId="3CC4D310" w14:textId="77777777" w:rsidR="00D85604" w:rsidRDefault="00000000">
      <w:pPr>
        <w:pStyle w:val="Heading1"/>
      </w:pPr>
      <w:r>
        <w:t>1. Applicant details</w:t>
      </w:r>
    </w:p>
    <w:tbl>
      <w:tblPr>
        <w:tblStyle w:val="TableGrid"/>
        <w:tblW w:w="0" w:type="auto"/>
        <w:jc w:val="center"/>
        <w:tblLook w:val="04A0" w:firstRow="1" w:lastRow="0" w:firstColumn="1" w:lastColumn="0" w:noHBand="0" w:noVBand="1"/>
      </w:tblPr>
      <w:tblGrid>
        <w:gridCol w:w="5107"/>
        <w:gridCol w:w="5107"/>
      </w:tblGrid>
      <w:tr w:rsidR="00D85604" w:rsidRPr="003A2536" w14:paraId="01581521" w14:textId="77777777" w:rsidTr="00971B02">
        <w:trPr>
          <w:trHeight w:val="560"/>
          <w:jc w:val="center"/>
        </w:trPr>
        <w:tc>
          <w:tcPr>
            <w:tcW w:w="5107" w:type="dxa"/>
            <w:vAlign w:val="center"/>
          </w:tcPr>
          <w:p w14:paraId="65E1D4BE" w14:textId="5C2924AF" w:rsidR="00D85604" w:rsidRPr="007338E7" w:rsidRDefault="00000000">
            <w:pPr>
              <w:spacing w:after="20"/>
              <w:rPr>
                <w:rFonts w:hint="eastAsia"/>
                <w:sz w:val="20"/>
                <w:szCs w:val="20"/>
              </w:rPr>
            </w:pPr>
            <w:r w:rsidRPr="007338E7">
              <w:rPr>
                <w:sz w:val="20"/>
                <w:szCs w:val="20"/>
              </w:rPr>
              <w:t>Title (optional)</w:t>
            </w:r>
            <w:r w:rsidRPr="007338E7">
              <w:rPr>
                <w:sz w:val="20"/>
                <w:szCs w:val="20"/>
              </w:rPr>
              <w:br/>
            </w:r>
          </w:p>
        </w:tc>
        <w:tc>
          <w:tcPr>
            <w:tcW w:w="5107" w:type="dxa"/>
            <w:vAlign w:val="center"/>
          </w:tcPr>
          <w:p w14:paraId="23AB6540" w14:textId="286E5B2B" w:rsidR="00D85604" w:rsidRPr="007338E7" w:rsidRDefault="00000000">
            <w:pPr>
              <w:spacing w:after="20"/>
              <w:rPr>
                <w:rFonts w:hint="eastAsia"/>
                <w:sz w:val="20"/>
                <w:szCs w:val="20"/>
              </w:rPr>
            </w:pPr>
            <w:r w:rsidRPr="007338E7">
              <w:rPr>
                <w:sz w:val="20"/>
                <w:szCs w:val="20"/>
              </w:rPr>
              <w:t>Full legal surname / family name *</w:t>
            </w:r>
            <w:r w:rsidRPr="007338E7">
              <w:rPr>
                <w:sz w:val="20"/>
                <w:szCs w:val="20"/>
              </w:rPr>
              <w:br/>
            </w:r>
          </w:p>
        </w:tc>
      </w:tr>
      <w:tr w:rsidR="00D85604" w:rsidRPr="003A2536" w14:paraId="29EAB679" w14:textId="77777777" w:rsidTr="00971B02">
        <w:trPr>
          <w:trHeight w:val="20"/>
          <w:jc w:val="center"/>
        </w:trPr>
        <w:tc>
          <w:tcPr>
            <w:tcW w:w="5107" w:type="dxa"/>
            <w:vAlign w:val="center"/>
          </w:tcPr>
          <w:p w14:paraId="2B2F5467" w14:textId="3BC2E6CF" w:rsidR="00D85604" w:rsidRPr="007338E7" w:rsidRDefault="00000000">
            <w:pPr>
              <w:spacing w:after="20"/>
              <w:rPr>
                <w:rFonts w:hint="eastAsia"/>
                <w:sz w:val="20"/>
                <w:szCs w:val="20"/>
              </w:rPr>
            </w:pPr>
            <w:r w:rsidRPr="007338E7">
              <w:rPr>
                <w:sz w:val="20"/>
                <w:szCs w:val="20"/>
              </w:rPr>
              <w:t>Forename(s) *</w:t>
            </w:r>
            <w:r w:rsidRPr="007338E7">
              <w:rPr>
                <w:sz w:val="20"/>
                <w:szCs w:val="20"/>
              </w:rPr>
              <w:br/>
            </w:r>
          </w:p>
        </w:tc>
        <w:tc>
          <w:tcPr>
            <w:tcW w:w="5107" w:type="dxa"/>
            <w:vAlign w:val="center"/>
          </w:tcPr>
          <w:p w14:paraId="51C5BCD9" w14:textId="63651878" w:rsidR="00D85604" w:rsidRPr="007338E7" w:rsidRDefault="00000000">
            <w:pPr>
              <w:spacing w:after="20"/>
              <w:rPr>
                <w:rFonts w:hint="eastAsia"/>
                <w:sz w:val="20"/>
                <w:szCs w:val="20"/>
              </w:rPr>
            </w:pPr>
            <w:r w:rsidRPr="007338E7">
              <w:rPr>
                <w:sz w:val="20"/>
                <w:szCs w:val="20"/>
              </w:rPr>
              <w:t>Preferred name (if different)</w:t>
            </w:r>
            <w:r w:rsidRPr="007338E7">
              <w:rPr>
                <w:sz w:val="20"/>
                <w:szCs w:val="20"/>
              </w:rPr>
              <w:br/>
            </w:r>
          </w:p>
        </w:tc>
      </w:tr>
      <w:tr w:rsidR="00D85604" w:rsidRPr="003A2536" w14:paraId="37737DD7" w14:textId="77777777" w:rsidTr="00971B02">
        <w:trPr>
          <w:trHeight w:val="20"/>
          <w:jc w:val="center"/>
        </w:trPr>
        <w:tc>
          <w:tcPr>
            <w:tcW w:w="5107" w:type="dxa"/>
            <w:vAlign w:val="center"/>
          </w:tcPr>
          <w:p w14:paraId="2C6715D4" w14:textId="7434929E" w:rsidR="00702DAC" w:rsidRPr="007338E7" w:rsidRDefault="00000000">
            <w:pPr>
              <w:spacing w:after="20"/>
              <w:rPr>
                <w:rFonts w:hint="eastAsia"/>
                <w:sz w:val="20"/>
                <w:szCs w:val="20"/>
              </w:rPr>
            </w:pPr>
            <w:r w:rsidRPr="007338E7">
              <w:rPr>
                <w:sz w:val="20"/>
                <w:szCs w:val="20"/>
              </w:rPr>
              <w:t>Date of birth (DD/MM/YYYY) *</w:t>
            </w:r>
            <w:r w:rsidRPr="007338E7">
              <w:rPr>
                <w:sz w:val="20"/>
                <w:szCs w:val="20"/>
              </w:rPr>
              <w:br/>
            </w:r>
          </w:p>
        </w:tc>
        <w:tc>
          <w:tcPr>
            <w:tcW w:w="5107" w:type="dxa"/>
            <w:vAlign w:val="center"/>
          </w:tcPr>
          <w:p w14:paraId="09BD1FA4" w14:textId="24D5D3F6" w:rsidR="00D85604" w:rsidRPr="007338E7" w:rsidRDefault="00000000">
            <w:pPr>
              <w:spacing w:after="20"/>
              <w:rPr>
                <w:rFonts w:hint="eastAsia"/>
                <w:sz w:val="20"/>
                <w:szCs w:val="20"/>
              </w:rPr>
            </w:pPr>
            <w:r w:rsidRPr="007338E7">
              <w:rPr>
                <w:sz w:val="20"/>
                <w:szCs w:val="20"/>
              </w:rPr>
              <w:t>Nationality / nationalities</w:t>
            </w:r>
            <w:r w:rsidRPr="007338E7">
              <w:rPr>
                <w:sz w:val="20"/>
                <w:szCs w:val="20"/>
              </w:rPr>
              <w:br/>
            </w:r>
          </w:p>
        </w:tc>
      </w:tr>
      <w:tr w:rsidR="00D85604" w:rsidRPr="003A2536" w14:paraId="073CCCD4" w14:textId="77777777" w:rsidTr="00971B02">
        <w:trPr>
          <w:trHeight w:val="20"/>
          <w:jc w:val="center"/>
        </w:trPr>
        <w:tc>
          <w:tcPr>
            <w:tcW w:w="5107" w:type="dxa"/>
            <w:vAlign w:val="center"/>
          </w:tcPr>
          <w:p w14:paraId="64AF81D6" w14:textId="5ECE5827" w:rsidR="00D85604" w:rsidRPr="007338E7" w:rsidRDefault="00000000">
            <w:pPr>
              <w:spacing w:after="20"/>
              <w:rPr>
                <w:rFonts w:hint="eastAsia"/>
                <w:sz w:val="20"/>
                <w:szCs w:val="20"/>
              </w:rPr>
            </w:pPr>
            <w:r w:rsidRPr="007338E7">
              <w:rPr>
                <w:sz w:val="20"/>
                <w:szCs w:val="20"/>
              </w:rPr>
              <w:t>Country of residence *</w:t>
            </w:r>
            <w:r w:rsidRPr="007338E7">
              <w:rPr>
                <w:sz w:val="20"/>
                <w:szCs w:val="20"/>
              </w:rPr>
              <w:br/>
            </w:r>
          </w:p>
        </w:tc>
        <w:tc>
          <w:tcPr>
            <w:tcW w:w="5107" w:type="dxa"/>
            <w:vAlign w:val="center"/>
          </w:tcPr>
          <w:p w14:paraId="3C14DBB0" w14:textId="1726FA10" w:rsidR="00D85604" w:rsidRPr="007338E7" w:rsidRDefault="00000000">
            <w:pPr>
              <w:spacing w:after="20"/>
              <w:rPr>
                <w:rFonts w:hint="eastAsia"/>
                <w:sz w:val="20"/>
                <w:szCs w:val="20"/>
              </w:rPr>
            </w:pPr>
            <w:r w:rsidRPr="007338E7">
              <w:rPr>
                <w:sz w:val="20"/>
                <w:szCs w:val="20"/>
              </w:rPr>
              <w:t>National identity number (if applicable)</w:t>
            </w:r>
            <w:r w:rsidRPr="007338E7">
              <w:rPr>
                <w:sz w:val="20"/>
                <w:szCs w:val="20"/>
              </w:rPr>
              <w:br/>
            </w:r>
          </w:p>
        </w:tc>
      </w:tr>
      <w:tr w:rsidR="00D85604" w:rsidRPr="003A2536" w14:paraId="79568A6F" w14:textId="77777777" w:rsidTr="00971B02">
        <w:trPr>
          <w:trHeight w:val="491"/>
          <w:jc w:val="center"/>
        </w:trPr>
        <w:tc>
          <w:tcPr>
            <w:tcW w:w="5107" w:type="dxa"/>
            <w:vAlign w:val="center"/>
          </w:tcPr>
          <w:p w14:paraId="428A84FB" w14:textId="30C3AB93" w:rsidR="00D85604" w:rsidRPr="007338E7" w:rsidRDefault="00000000">
            <w:pPr>
              <w:spacing w:after="20"/>
              <w:rPr>
                <w:rFonts w:hint="eastAsia"/>
                <w:sz w:val="20"/>
                <w:szCs w:val="20"/>
              </w:rPr>
            </w:pPr>
            <w:r w:rsidRPr="007338E7">
              <w:rPr>
                <w:sz w:val="20"/>
                <w:szCs w:val="20"/>
              </w:rPr>
              <w:t>Email address *</w:t>
            </w:r>
            <w:r w:rsidRPr="007338E7">
              <w:rPr>
                <w:sz w:val="20"/>
                <w:szCs w:val="20"/>
              </w:rPr>
              <w:br/>
            </w:r>
          </w:p>
        </w:tc>
        <w:tc>
          <w:tcPr>
            <w:tcW w:w="5107" w:type="dxa"/>
            <w:vAlign w:val="center"/>
          </w:tcPr>
          <w:p w14:paraId="571C7237" w14:textId="6031D922" w:rsidR="00D85604" w:rsidRPr="007338E7" w:rsidRDefault="00000000">
            <w:pPr>
              <w:spacing w:after="20"/>
              <w:rPr>
                <w:rFonts w:hint="eastAsia"/>
                <w:sz w:val="20"/>
                <w:szCs w:val="20"/>
              </w:rPr>
            </w:pPr>
            <w:r w:rsidRPr="007338E7">
              <w:rPr>
                <w:sz w:val="20"/>
                <w:szCs w:val="20"/>
              </w:rPr>
              <w:t>Mobile telephone *</w:t>
            </w:r>
            <w:r w:rsidRPr="007338E7">
              <w:rPr>
                <w:sz w:val="20"/>
                <w:szCs w:val="20"/>
              </w:rPr>
              <w:br/>
            </w:r>
          </w:p>
        </w:tc>
      </w:tr>
      <w:tr w:rsidR="00D85604" w:rsidRPr="003A2536" w14:paraId="1DAABBE5" w14:textId="77777777" w:rsidTr="00971B02">
        <w:trPr>
          <w:trHeight w:val="283"/>
          <w:jc w:val="center"/>
        </w:trPr>
        <w:tc>
          <w:tcPr>
            <w:tcW w:w="5107" w:type="dxa"/>
            <w:vAlign w:val="center"/>
          </w:tcPr>
          <w:p w14:paraId="0809B818" w14:textId="3C65282A" w:rsidR="00D85604" w:rsidRPr="007338E7" w:rsidRDefault="00000000">
            <w:pPr>
              <w:spacing w:after="20"/>
              <w:rPr>
                <w:rFonts w:hint="eastAsia"/>
                <w:sz w:val="20"/>
                <w:szCs w:val="20"/>
              </w:rPr>
            </w:pPr>
            <w:r w:rsidRPr="007338E7">
              <w:rPr>
                <w:sz w:val="20"/>
                <w:szCs w:val="20"/>
              </w:rPr>
              <w:t>Alternative telephone (optional)</w:t>
            </w:r>
            <w:r w:rsidRPr="007338E7">
              <w:rPr>
                <w:sz w:val="20"/>
                <w:szCs w:val="20"/>
              </w:rPr>
              <w:br/>
            </w:r>
          </w:p>
        </w:tc>
        <w:tc>
          <w:tcPr>
            <w:tcW w:w="5107" w:type="dxa"/>
            <w:vAlign w:val="bottom"/>
          </w:tcPr>
          <w:p w14:paraId="77E81641" w14:textId="38F19FE7" w:rsidR="00AC5ABC" w:rsidRPr="007338E7" w:rsidRDefault="00000000" w:rsidP="00702DAC">
            <w:pPr>
              <w:spacing w:after="0"/>
              <w:rPr>
                <w:rFonts w:hint="eastAsia"/>
                <w:sz w:val="20"/>
                <w:szCs w:val="20"/>
              </w:rPr>
            </w:pPr>
            <w:r w:rsidRPr="007338E7">
              <w:rPr>
                <w:sz w:val="20"/>
                <w:szCs w:val="20"/>
              </w:rPr>
              <w:t xml:space="preserve">Preferred contact method: ☐ Email </w:t>
            </w:r>
            <w:r w:rsidR="003A2536" w:rsidRPr="007338E7">
              <w:rPr>
                <w:sz w:val="20"/>
                <w:szCs w:val="20"/>
              </w:rPr>
              <w:t xml:space="preserve"> </w:t>
            </w:r>
            <w:r w:rsidRPr="007338E7">
              <w:rPr>
                <w:sz w:val="20"/>
                <w:szCs w:val="20"/>
              </w:rPr>
              <w:t xml:space="preserve"> ☐ Telephone</w:t>
            </w:r>
            <w:r w:rsidRPr="007338E7">
              <w:rPr>
                <w:sz w:val="20"/>
                <w:szCs w:val="20"/>
              </w:rPr>
              <w:br/>
            </w:r>
          </w:p>
        </w:tc>
      </w:tr>
    </w:tbl>
    <w:p w14:paraId="39F6F278" w14:textId="77777777" w:rsidR="00D85604" w:rsidRPr="003A2536" w:rsidRDefault="00D85604">
      <w:pPr>
        <w:spacing w:after="0"/>
        <w:rPr>
          <w:rFonts w:hint="eastAsia"/>
          <w:sz w:val="20"/>
          <w:szCs w:val="20"/>
        </w:rPr>
      </w:pPr>
    </w:p>
    <w:p w14:paraId="51C0BADD" w14:textId="77777777" w:rsidR="00D85604" w:rsidRPr="003A2536" w:rsidRDefault="00000000">
      <w:pPr>
        <w:rPr>
          <w:rFonts w:hint="eastAsia"/>
          <w:sz w:val="20"/>
          <w:szCs w:val="20"/>
        </w:rPr>
      </w:pPr>
      <w:r w:rsidRPr="003A2536">
        <w:rPr>
          <w:sz w:val="20"/>
          <w:szCs w:val="20"/>
        </w:rPr>
        <w:t>Home address *</w:t>
      </w:r>
    </w:p>
    <w:tbl>
      <w:tblPr>
        <w:tblStyle w:val="TableGrid"/>
        <w:tblW w:w="0" w:type="auto"/>
        <w:jc w:val="center"/>
        <w:tblLook w:val="04A0" w:firstRow="1" w:lastRow="0" w:firstColumn="1" w:lastColumn="0" w:noHBand="0" w:noVBand="1"/>
      </w:tblPr>
      <w:tblGrid>
        <w:gridCol w:w="5107"/>
        <w:gridCol w:w="5107"/>
      </w:tblGrid>
      <w:tr w:rsidR="00D85604" w:rsidRPr="003A2536" w14:paraId="37CD9466" w14:textId="77777777">
        <w:trPr>
          <w:jc w:val="center"/>
        </w:trPr>
        <w:tc>
          <w:tcPr>
            <w:tcW w:w="5112" w:type="dxa"/>
            <w:vAlign w:val="center"/>
          </w:tcPr>
          <w:p w14:paraId="69CD7EE2" w14:textId="77777777" w:rsidR="00D85604" w:rsidRPr="003A2536" w:rsidRDefault="00000000">
            <w:pPr>
              <w:spacing w:after="20"/>
              <w:rPr>
                <w:rFonts w:hint="eastAsia"/>
                <w:sz w:val="20"/>
                <w:szCs w:val="20"/>
              </w:rPr>
            </w:pPr>
            <w:r w:rsidRPr="003A2536">
              <w:rPr>
                <w:sz w:val="20"/>
                <w:szCs w:val="20"/>
              </w:rPr>
              <w:t>Address line 1</w:t>
            </w:r>
          </w:p>
        </w:tc>
        <w:tc>
          <w:tcPr>
            <w:tcW w:w="5112" w:type="dxa"/>
            <w:vAlign w:val="center"/>
          </w:tcPr>
          <w:p w14:paraId="0B8992B3" w14:textId="77777777" w:rsidR="00D85604" w:rsidRPr="003A2536" w:rsidRDefault="00000000">
            <w:pPr>
              <w:spacing w:after="20"/>
              <w:rPr>
                <w:rFonts w:hint="eastAsia"/>
                <w:sz w:val="20"/>
                <w:szCs w:val="20"/>
              </w:rPr>
            </w:pPr>
            <w:r w:rsidRPr="003A2536">
              <w:rPr>
                <w:sz w:val="20"/>
                <w:szCs w:val="20"/>
              </w:rPr>
              <w:t>Address line 2</w:t>
            </w:r>
          </w:p>
        </w:tc>
      </w:tr>
      <w:tr w:rsidR="00D85604" w:rsidRPr="003A2536" w14:paraId="57E920AA" w14:textId="77777777">
        <w:trPr>
          <w:jc w:val="center"/>
        </w:trPr>
        <w:tc>
          <w:tcPr>
            <w:tcW w:w="5112" w:type="dxa"/>
            <w:vAlign w:val="center"/>
          </w:tcPr>
          <w:p w14:paraId="64C2EFCF" w14:textId="77777777" w:rsidR="00D85604" w:rsidRPr="003A2536" w:rsidRDefault="00000000">
            <w:pPr>
              <w:spacing w:after="20"/>
              <w:rPr>
                <w:rFonts w:hint="eastAsia"/>
                <w:sz w:val="20"/>
                <w:szCs w:val="20"/>
              </w:rPr>
            </w:pPr>
            <w:r w:rsidRPr="003A2536">
              <w:rPr>
                <w:sz w:val="20"/>
                <w:szCs w:val="20"/>
              </w:rPr>
              <w:t>Town / city</w:t>
            </w:r>
          </w:p>
        </w:tc>
        <w:tc>
          <w:tcPr>
            <w:tcW w:w="5112" w:type="dxa"/>
            <w:vAlign w:val="center"/>
          </w:tcPr>
          <w:p w14:paraId="2576C17A" w14:textId="77777777" w:rsidR="00D85604" w:rsidRPr="003A2536" w:rsidRDefault="00000000">
            <w:pPr>
              <w:spacing w:after="20"/>
              <w:rPr>
                <w:rFonts w:hint="eastAsia"/>
                <w:sz w:val="20"/>
                <w:szCs w:val="20"/>
              </w:rPr>
            </w:pPr>
            <w:r w:rsidRPr="003A2536">
              <w:rPr>
                <w:sz w:val="20"/>
                <w:szCs w:val="20"/>
              </w:rPr>
              <w:t>County / region</w:t>
            </w:r>
          </w:p>
        </w:tc>
      </w:tr>
      <w:tr w:rsidR="00D85604" w:rsidRPr="003A2536" w14:paraId="038AFCE1" w14:textId="77777777">
        <w:trPr>
          <w:jc w:val="center"/>
        </w:trPr>
        <w:tc>
          <w:tcPr>
            <w:tcW w:w="5112" w:type="dxa"/>
            <w:vAlign w:val="center"/>
          </w:tcPr>
          <w:p w14:paraId="2596EE34" w14:textId="77777777" w:rsidR="00D85604" w:rsidRPr="003A2536" w:rsidRDefault="00000000">
            <w:pPr>
              <w:spacing w:after="20"/>
              <w:rPr>
                <w:rFonts w:hint="eastAsia"/>
                <w:sz w:val="20"/>
                <w:szCs w:val="20"/>
              </w:rPr>
            </w:pPr>
            <w:r w:rsidRPr="003A2536">
              <w:rPr>
                <w:sz w:val="20"/>
                <w:szCs w:val="20"/>
              </w:rPr>
              <w:t>Postcode / postal code</w:t>
            </w:r>
          </w:p>
        </w:tc>
        <w:tc>
          <w:tcPr>
            <w:tcW w:w="5112" w:type="dxa"/>
            <w:vAlign w:val="center"/>
          </w:tcPr>
          <w:p w14:paraId="2A3D0F91" w14:textId="77777777" w:rsidR="00D85604" w:rsidRPr="003A2536" w:rsidRDefault="00000000">
            <w:pPr>
              <w:spacing w:after="20"/>
              <w:rPr>
                <w:rFonts w:hint="eastAsia"/>
                <w:sz w:val="20"/>
                <w:szCs w:val="20"/>
              </w:rPr>
            </w:pPr>
            <w:r w:rsidRPr="003A2536">
              <w:rPr>
                <w:sz w:val="20"/>
                <w:szCs w:val="20"/>
              </w:rPr>
              <w:t>Country</w:t>
            </w:r>
          </w:p>
        </w:tc>
      </w:tr>
    </w:tbl>
    <w:p w14:paraId="0613F6FE" w14:textId="77777777" w:rsidR="00D85604" w:rsidRPr="003A2536" w:rsidRDefault="00D85604">
      <w:pPr>
        <w:spacing w:after="0"/>
        <w:rPr>
          <w:rFonts w:hint="eastAsia"/>
          <w:sz w:val="20"/>
          <w:szCs w:val="20"/>
        </w:rPr>
      </w:pPr>
    </w:p>
    <w:p w14:paraId="46F72B0A" w14:textId="77777777" w:rsidR="00D85604" w:rsidRPr="003A2536" w:rsidRDefault="00000000">
      <w:pPr>
        <w:rPr>
          <w:rFonts w:hint="eastAsia"/>
          <w:sz w:val="20"/>
          <w:szCs w:val="20"/>
        </w:rPr>
      </w:pPr>
      <w:r w:rsidRPr="003A2536">
        <w:rPr>
          <w:sz w:val="20"/>
          <w:szCs w:val="20"/>
        </w:rPr>
        <w:t>Correspondence address (if different from home address)</w:t>
      </w:r>
    </w:p>
    <w:tbl>
      <w:tblPr>
        <w:tblStyle w:val="TableGrid"/>
        <w:tblW w:w="0" w:type="auto"/>
        <w:jc w:val="center"/>
        <w:tblLook w:val="04A0" w:firstRow="1" w:lastRow="0" w:firstColumn="1" w:lastColumn="0" w:noHBand="0" w:noVBand="1"/>
      </w:tblPr>
      <w:tblGrid>
        <w:gridCol w:w="5107"/>
        <w:gridCol w:w="5107"/>
      </w:tblGrid>
      <w:tr w:rsidR="00D85604" w:rsidRPr="003A2536" w14:paraId="3595BD7E" w14:textId="77777777">
        <w:trPr>
          <w:jc w:val="center"/>
        </w:trPr>
        <w:tc>
          <w:tcPr>
            <w:tcW w:w="5112" w:type="dxa"/>
            <w:vAlign w:val="center"/>
          </w:tcPr>
          <w:p w14:paraId="133B0463" w14:textId="77777777" w:rsidR="00D85604" w:rsidRPr="003A2536" w:rsidRDefault="00000000">
            <w:pPr>
              <w:spacing w:after="20"/>
              <w:rPr>
                <w:rFonts w:hint="eastAsia"/>
                <w:sz w:val="20"/>
                <w:szCs w:val="20"/>
              </w:rPr>
            </w:pPr>
            <w:r w:rsidRPr="003A2536">
              <w:rPr>
                <w:sz w:val="20"/>
                <w:szCs w:val="20"/>
              </w:rPr>
              <w:t>Address line 1</w:t>
            </w:r>
          </w:p>
        </w:tc>
        <w:tc>
          <w:tcPr>
            <w:tcW w:w="5112" w:type="dxa"/>
            <w:vAlign w:val="center"/>
          </w:tcPr>
          <w:p w14:paraId="5A241711" w14:textId="77777777" w:rsidR="00D85604" w:rsidRPr="003A2536" w:rsidRDefault="00000000">
            <w:pPr>
              <w:spacing w:after="20"/>
              <w:rPr>
                <w:rFonts w:hint="eastAsia"/>
                <w:sz w:val="20"/>
                <w:szCs w:val="20"/>
              </w:rPr>
            </w:pPr>
            <w:r w:rsidRPr="003A2536">
              <w:rPr>
                <w:sz w:val="20"/>
                <w:szCs w:val="20"/>
              </w:rPr>
              <w:t>Address line 2</w:t>
            </w:r>
          </w:p>
        </w:tc>
      </w:tr>
      <w:tr w:rsidR="00D85604" w:rsidRPr="003A2536" w14:paraId="0C2E6727" w14:textId="77777777">
        <w:trPr>
          <w:jc w:val="center"/>
        </w:trPr>
        <w:tc>
          <w:tcPr>
            <w:tcW w:w="5112" w:type="dxa"/>
            <w:vAlign w:val="center"/>
          </w:tcPr>
          <w:p w14:paraId="4C936E34" w14:textId="77777777" w:rsidR="00D85604" w:rsidRPr="003A2536" w:rsidRDefault="00000000">
            <w:pPr>
              <w:spacing w:after="20"/>
              <w:rPr>
                <w:rFonts w:hint="eastAsia"/>
                <w:sz w:val="20"/>
                <w:szCs w:val="20"/>
              </w:rPr>
            </w:pPr>
            <w:r w:rsidRPr="003A2536">
              <w:rPr>
                <w:sz w:val="20"/>
                <w:szCs w:val="20"/>
              </w:rPr>
              <w:t>Town / city</w:t>
            </w:r>
          </w:p>
        </w:tc>
        <w:tc>
          <w:tcPr>
            <w:tcW w:w="5112" w:type="dxa"/>
            <w:vAlign w:val="center"/>
          </w:tcPr>
          <w:p w14:paraId="4EF79C27" w14:textId="77777777" w:rsidR="00D85604" w:rsidRPr="003A2536" w:rsidRDefault="00000000">
            <w:pPr>
              <w:spacing w:after="20"/>
              <w:rPr>
                <w:rFonts w:hint="eastAsia"/>
                <w:sz w:val="20"/>
                <w:szCs w:val="20"/>
              </w:rPr>
            </w:pPr>
            <w:r w:rsidRPr="003A2536">
              <w:rPr>
                <w:sz w:val="20"/>
                <w:szCs w:val="20"/>
              </w:rPr>
              <w:t>County / region</w:t>
            </w:r>
          </w:p>
        </w:tc>
      </w:tr>
      <w:tr w:rsidR="00D85604" w:rsidRPr="003A2536" w14:paraId="728ADA73" w14:textId="77777777">
        <w:trPr>
          <w:jc w:val="center"/>
        </w:trPr>
        <w:tc>
          <w:tcPr>
            <w:tcW w:w="5112" w:type="dxa"/>
            <w:vAlign w:val="center"/>
          </w:tcPr>
          <w:p w14:paraId="6B37F49E" w14:textId="77777777" w:rsidR="00D85604" w:rsidRPr="003A2536" w:rsidRDefault="00000000">
            <w:pPr>
              <w:spacing w:after="20"/>
              <w:rPr>
                <w:rFonts w:hint="eastAsia"/>
                <w:sz w:val="20"/>
                <w:szCs w:val="20"/>
              </w:rPr>
            </w:pPr>
            <w:r w:rsidRPr="003A2536">
              <w:rPr>
                <w:sz w:val="20"/>
                <w:szCs w:val="20"/>
              </w:rPr>
              <w:t>Postcode / postal code</w:t>
            </w:r>
          </w:p>
        </w:tc>
        <w:tc>
          <w:tcPr>
            <w:tcW w:w="5112" w:type="dxa"/>
            <w:vAlign w:val="center"/>
          </w:tcPr>
          <w:p w14:paraId="5CB04D1B" w14:textId="77777777" w:rsidR="00D85604" w:rsidRPr="003A2536" w:rsidRDefault="00000000">
            <w:pPr>
              <w:spacing w:after="20"/>
              <w:rPr>
                <w:rFonts w:hint="eastAsia"/>
                <w:sz w:val="20"/>
                <w:szCs w:val="20"/>
              </w:rPr>
            </w:pPr>
            <w:r w:rsidRPr="003A2536">
              <w:rPr>
                <w:sz w:val="20"/>
                <w:szCs w:val="20"/>
              </w:rPr>
              <w:t>Country</w:t>
            </w:r>
          </w:p>
        </w:tc>
      </w:tr>
    </w:tbl>
    <w:p w14:paraId="53EB5F38" w14:textId="77777777" w:rsidR="00D85604" w:rsidRDefault="00D85604">
      <w:pPr>
        <w:spacing w:after="0"/>
        <w:rPr>
          <w:rFonts w:hint="eastAsia"/>
        </w:rPr>
      </w:pPr>
    </w:p>
    <w:p w14:paraId="07B0C17C" w14:textId="77777777" w:rsidR="00D85604" w:rsidRDefault="00000000">
      <w:pPr>
        <w:pStyle w:val="Heading1"/>
      </w:pPr>
      <w:r>
        <w:t>2. Registration route and study preferences</w:t>
      </w:r>
    </w:p>
    <w:p w14:paraId="22FB793B" w14:textId="4493A547" w:rsidR="00D85604" w:rsidRPr="00971B02" w:rsidRDefault="00000000">
      <w:pPr>
        <w:rPr>
          <w:rFonts w:hint="eastAsia"/>
          <w:sz w:val="20"/>
          <w:szCs w:val="20"/>
        </w:rPr>
      </w:pPr>
      <w:r w:rsidRPr="00971B02">
        <w:rPr>
          <w:sz w:val="20"/>
          <w:szCs w:val="20"/>
        </w:rPr>
        <w:t xml:space="preserve">Application type *:  ☐ Student registration  </w:t>
      </w:r>
      <w:r w:rsidR="00971B02">
        <w:rPr>
          <w:sz w:val="20"/>
          <w:szCs w:val="20"/>
        </w:rPr>
        <w:t xml:space="preserve"> </w:t>
      </w:r>
      <w:r w:rsidRPr="00971B02">
        <w:rPr>
          <w:sz w:val="20"/>
          <w:szCs w:val="20"/>
        </w:rPr>
        <w:t>☐</w:t>
      </w:r>
      <w:r w:rsidR="00971B02">
        <w:rPr>
          <w:sz w:val="20"/>
          <w:szCs w:val="20"/>
        </w:rPr>
        <w:t xml:space="preserve"> </w:t>
      </w:r>
      <w:r w:rsidRPr="00971B02">
        <w:rPr>
          <w:sz w:val="20"/>
          <w:szCs w:val="20"/>
        </w:rPr>
        <w:t xml:space="preserve">Re-registration  </w:t>
      </w:r>
      <w:r w:rsidR="00971B02">
        <w:rPr>
          <w:sz w:val="20"/>
          <w:szCs w:val="20"/>
        </w:rPr>
        <w:t xml:space="preserve"> </w:t>
      </w:r>
      <w:r w:rsidRPr="00971B02">
        <w:rPr>
          <w:sz w:val="20"/>
          <w:szCs w:val="20"/>
        </w:rPr>
        <w:t>☐ Other: __________________________</w:t>
      </w:r>
    </w:p>
    <w:p w14:paraId="24669557" w14:textId="77777777" w:rsidR="00D85604" w:rsidRPr="00971B02" w:rsidRDefault="00000000">
      <w:pPr>
        <w:rPr>
          <w:rFonts w:hint="eastAsia"/>
          <w:sz w:val="20"/>
          <w:szCs w:val="20"/>
        </w:rPr>
      </w:pPr>
      <w:r w:rsidRPr="00971B02">
        <w:rPr>
          <w:sz w:val="20"/>
          <w:szCs w:val="20"/>
        </w:rPr>
        <w:t>Preferred study / examination route (if applicable): __________________________________________________</w:t>
      </w:r>
    </w:p>
    <w:p w14:paraId="782D1795" w14:textId="7363D859" w:rsidR="00971B02" w:rsidRDefault="00000000">
      <w:pPr>
        <w:rPr>
          <w:sz w:val="20"/>
          <w:szCs w:val="20"/>
        </w:rPr>
      </w:pPr>
      <w:r w:rsidRPr="00971B02">
        <w:rPr>
          <w:sz w:val="20"/>
          <w:szCs w:val="20"/>
        </w:rPr>
        <w:t>Preferred examination location or country (if applicable): ______________________________________________</w:t>
      </w:r>
    </w:p>
    <w:p w14:paraId="453F4C8B" w14:textId="5088FD4E" w:rsidR="00D85604" w:rsidRPr="00971B02" w:rsidRDefault="00000000">
      <w:pPr>
        <w:rPr>
          <w:rFonts w:hint="eastAsia"/>
          <w:sz w:val="20"/>
          <w:szCs w:val="20"/>
        </w:rPr>
      </w:pPr>
      <w:r w:rsidRPr="00971B02">
        <w:rPr>
          <w:sz w:val="20"/>
          <w:szCs w:val="20"/>
        </w:rPr>
        <w:t>Have you previously registered with ACPA?  ☐ No ☐ Yes. If yes, please provide your previous student number and dates:</w:t>
      </w:r>
    </w:p>
    <w:tbl>
      <w:tblPr>
        <w:tblStyle w:val="TableGrid"/>
        <w:tblW w:w="0" w:type="auto"/>
        <w:jc w:val="center"/>
        <w:tblLook w:val="04A0" w:firstRow="1" w:lastRow="0" w:firstColumn="1" w:lastColumn="0" w:noHBand="0" w:noVBand="1"/>
      </w:tblPr>
      <w:tblGrid>
        <w:gridCol w:w="5107"/>
        <w:gridCol w:w="5107"/>
      </w:tblGrid>
      <w:tr w:rsidR="00D85604" w:rsidRPr="00971B02" w14:paraId="51CC3AF4" w14:textId="77777777">
        <w:trPr>
          <w:jc w:val="center"/>
        </w:trPr>
        <w:tc>
          <w:tcPr>
            <w:tcW w:w="5112" w:type="dxa"/>
            <w:vAlign w:val="center"/>
          </w:tcPr>
          <w:p w14:paraId="28685D25" w14:textId="77777777" w:rsidR="00D85604" w:rsidRPr="00971B02" w:rsidRDefault="00000000">
            <w:pPr>
              <w:spacing w:after="20"/>
              <w:rPr>
                <w:rFonts w:hint="eastAsia"/>
                <w:sz w:val="20"/>
                <w:szCs w:val="20"/>
              </w:rPr>
            </w:pPr>
            <w:r w:rsidRPr="00971B02">
              <w:rPr>
                <w:sz w:val="20"/>
                <w:szCs w:val="20"/>
              </w:rPr>
              <w:t>Previous student number</w:t>
            </w:r>
          </w:p>
        </w:tc>
        <w:tc>
          <w:tcPr>
            <w:tcW w:w="5112" w:type="dxa"/>
            <w:vAlign w:val="center"/>
          </w:tcPr>
          <w:p w14:paraId="46CA1674" w14:textId="77777777" w:rsidR="00D85604" w:rsidRPr="00971B02" w:rsidRDefault="00000000">
            <w:pPr>
              <w:spacing w:after="20"/>
              <w:rPr>
                <w:rFonts w:hint="eastAsia"/>
                <w:sz w:val="20"/>
                <w:szCs w:val="20"/>
              </w:rPr>
            </w:pPr>
            <w:r w:rsidRPr="00971B02">
              <w:rPr>
                <w:sz w:val="20"/>
                <w:szCs w:val="20"/>
              </w:rPr>
              <w:t>Approximate registration dates</w:t>
            </w:r>
          </w:p>
        </w:tc>
      </w:tr>
      <w:tr w:rsidR="00D85604" w:rsidRPr="00971B02" w14:paraId="35378824" w14:textId="77777777">
        <w:trPr>
          <w:jc w:val="center"/>
        </w:trPr>
        <w:tc>
          <w:tcPr>
            <w:tcW w:w="5112" w:type="dxa"/>
            <w:vAlign w:val="center"/>
          </w:tcPr>
          <w:p w14:paraId="22FE822D" w14:textId="77777777" w:rsidR="00D85604" w:rsidRPr="00971B02" w:rsidRDefault="00D85604">
            <w:pPr>
              <w:spacing w:after="20"/>
              <w:rPr>
                <w:rFonts w:hint="eastAsia"/>
                <w:sz w:val="20"/>
                <w:szCs w:val="20"/>
              </w:rPr>
            </w:pPr>
          </w:p>
        </w:tc>
        <w:tc>
          <w:tcPr>
            <w:tcW w:w="5112" w:type="dxa"/>
            <w:vAlign w:val="center"/>
          </w:tcPr>
          <w:p w14:paraId="18D4C288" w14:textId="77777777" w:rsidR="00D85604" w:rsidRPr="00971B02" w:rsidRDefault="00D85604">
            <w:pPr>
              <w:spacing w:after="20"/>
              <w:rPr>
                <w:rFonts w:hint="eastAsia"/>
                <w:sz w:val="20"/>
                <w:szCs w:val="20"/>
              </w:rPr>
            </w:pPr>
          </w:p>
        </w:tc>
      </w:tr>
    </w:tbl>
    <w:p w14:paraId="2E6E916A" w14:textId="77777777" w:rsidR="00D85604" w:rsidRPr="00971B02" w:rsidRDefault="00D85604">
      <w:pPr>
        <w:spacing w:after="0"/>
        <w:rPr>
          <w:rFonts w:hint="eastAsia"/>
          <w:sz w:val="20"/>
          <w:szCs w:val="20"/>
        </w:rPr>
      </w:pPr>
    </w:p>
    <w:p w14:paraId="62CD5C28" w14:textId="77777777" w:rsidR="00D85604" w:rsidRPr="00455280" w:rsidRDefault="00000000">
      <w:pPr>
        <w:rPr>
          <w:rFonts w:hint="eastAsia"/>
          <w:sz w:val="20"/>
          <w:szCs w:val="20"/>
        </w:rPr>
      </w:pPr>
      <w:r w:rsidRPr="00455280">
        <w:rPr>
          <w:sz w:val="20"/>
          <w:szCs w:val="20"/>
        </w:rPr>
        <w:t>How did you hear about ACPA? (select one)</w:t>
      </w:r>
    </w:p>
    <w:p w14:paraId="3F60F3B7" w14:textId="66011C7C" w:rsidR="00455280" w:rsidRPr="00455280" w:rsidRDefault="00000000">
      <w:pPr>
        <w:rPr>
          <w:sz w:val="20"/>
          <w:szCs w:val="20"/>
        </w:rPr>
      </w:pPr>
      <w:r w:rsidRPr="00455280">
        <w:rPr>
          <w:sz w:val="20"/>
          <w:szCs w:val="20"/>
        </w:rPr>
        <w:t>☐ ACPA website ☐ Online search ☐ Social</w:t>
      </w:r>
      <w:r w:rsidR="00455280" w:rsidRPr="00455280">
        <w:rPr>
          <w:sz w:val="20"/>
          <w:szCs w:val="20"/>
        </w:rPr>
        <w:t>-</w:t>
      </w:r>
      <w:r w:rsidRPr="00455280">
        <w:rPr>
          <w:sz w:val="20"/>
          <w:szCs w:val="20"/>
        </w:rPr>
        <w:t>media</w:t>
      </w:r>
      <w:r w:rsidR="00455280" w:rsidRPr="00455280">
        <w:rPr>
          <w:sz w:val="20"/>
          <w:szCs w:val="20"/>
        </w:rPr>
        <w:t xml:space="preserve"> </w:t>
      </w:r>
      <w:r w:rsidRPr="00455280">
        <w:rPr>
          <w:sz w:val="20"/>
          <w:szCs w:val="20"/>
        </w:rPr>
        <w:t xml:space="preserve">☐ Event / publication ☐ Employer ☐ Tutor / lecturer ☐ Colleague ☐ </w:t>
      </w:r>
    </w:p>
    <w:p w14:paraId="7B5563C3" w14:textId="642EA0CC" w:rsidR="00D85604" w:rsidRPr="00455280" w:rsidRDefault="00000000">
      <w:pPr>
        <w:rPr>
          <w:rFonts w:hint="eastAsia"/>
          <w:sz w:val="20"/>
          <w:szCs w:val="20"/>
        </w:rPr>
      </w:pPr>
      <w:r w:rsidRPr="00455280">
        <w:rPr>
          <w:sz w:val="20"/>
          <w:szCs w:val="20"/>
        </w:rPr>
        <w:t>Family /friend ☐ Other: __________________</w:t>
      </w:r>
    </w:p>
    <w:p w14:paraId="15E12C00" w14:textId="77777777" w:rsidR="00D85604" w:rsidRDefault="00000000">
      <w:pPr>
        <w:pStyle w:val="Heading1"/>
      </w:pPr>
      <w:r>
        <w:lastRenderedPageBreak/>
        <w:t>3. Employment and practical training</w:t>
      </w:r>
    </w:p>
    <w:p w14:paraId="7A61AEB9" w14:textId="15F5470A" w:rsidR="00D85604" w:rsidRDefault="00000000">
      <w:pPr>
        <w:rPr>
          <w:rFonts w:hint="eastAsia"/>
        </w:rPr>
      </w:pPr>
      <w:r w:rsidRPr="00455280">
        <w:rPr>
          <w:sz w:val="20"/>
          <w:szCs w:val="20"/>
        </w:rPr>
        <w:t>Current status *:  ☐ Employed full-time ☐ Employed part-time ☐ Self-employed ☐ Student ☐ Seeking work ☐ Other:</w:t>
      </w:r>
      <w:r>
        <w:t xml:space="preserve"> __________________</w:t>
      </w:r>
    </w:p>
    <w:tbl>
      <w:tblPr>
        <w:tblStyle w:val="TableGrid"/>
        <w:tblW w:w="0" w:type="auto"/>
        <w:jc w:val="center"/>
        <w:tblLook w:val="04A0" w:firstRow="1" w:lastRow="0" w:firstColumn="1" w:lastColumn="0" w:noHBand="0" w:noVBand="1"/>
      </w:tblPr>
      <w:tblGrid>
        <w:gridCol w:w="5107"/>
        <w:gridCol w:w="5107"/>
      </w:tblGrid>
      <w:tr w:rsidR="00D85604" w14:paraId="43BFD6F5" w14:textId="77777777">
        <w:trPr>
          <w:jc w:val="center"/>
        </w:trPr>
        <w:tc>
          <w:tcPr>
            <w:tcW w:w="5112" w:type="dxa"/>
            <w:vAlign w:val="center"/>
          </w:tcPr>
          <w:p w14:paraId="1078EE4A" w14:textId="02E394F8" w:rsidR="00D85604" w:rsidRDefault="00000000">
            <w:pPr>
              <w:spacing w:after="20"/>
              <w:rPr>
                <w:rFonts w:hint="eastAsia"/>
              </w:rPr>
            </w:pPr>
            <w:r w:rsidRPr="007338E7">
              <w:rPr>
                <w:sz w:val="20"/>
                <w:szCs w:val="20"/>
              </w:rPr>
              <w:t>Employer / organisation (if applicable</w:t>
            </w:r>
            <w:r>
              <w:rPr>
                <w:sz w:val="17"/>
              </w:rPr>
              <w:t>)</w:t>
            </w:r>
            <w:r>
              <w:rPr>
                <w:sz w:val="17"/>
              </w:rPr>
              <w:br/>
            </w:r>
          </w:p>
        </w:tc>
        <w:tc>
          <w:tcPr>
            <w:tcW w:w="5112" w:type="dxa"/>
            <w:vAlign w:val="center"/>
          </w:tcPr>
          <w:p w14:paraId="0A5A42C3" w14:textId="550AB728" w:rsidR="00D85604" w:rsidRPr="007338E7" w:rsidRDefault="00000000">
            <w:pPr>
              <w:spacing w:after="20"/>
              <w:rPr>
                <w:rFonts w:hint="eastAsia"/>
                <w:sz w:val="20"/>
                <w:szCs w:val="20"/>
              </w:rPr>
            </w:pPr>
            <w:r w:rsidRPr="007338E7">
              <w:rPr>
                <w:sz w:val="20"/>
                <w:szCs w:val="20"/>
              </w:rPr>
              <w:t>Job title / role</w:t>
            </w:r>
            <w:r w:rsidRPr="007338E7">
              <w:rPr>
                <w:sz w:val="20"/>
                <w:szCs w:val="20"/>
              </w:rPr>
              <w:br/>
            </w:r>
          </w:p>
        </w:tc>
      </w:tr>
      <w:tr w:rsidR="00D85604" w14:paraId="1182C99E" w14:textId="77777777">
        <w:trPr>
          <w:jc w:val="center"/>
        </w:trPr>
        <w:tc>
          <w:tcPr>
            <w:tcW w:w="5112" w:type="dxa"/>
            <w:vAlign w:val="center"/>
          </w:tcPr>
          <w:p w14:paraId="31A63D9C" w14:textId="6966870F" w:rsidR="00D85604" w:rsidRPr="007338E7" w:rsidRDefault="00000000">
            <w:pPr>
              <w:spacing w:after="20"/>
              <w:rPr>
                <w:rFonts w:hint="eastAsia"/>
                <w:sz w:val="20"/>
                <w:szCs w:val="20"/>
              </w:rPr>
            </w:pPr>
            <w:r w:rsidRPr="007338E7">
              <w:rPr>
                <w:sz w:val="20"/>
                <w:szCs w:val="20"/>
              </w:rPr>
              <w:t>Industry / sector</w:t>
            </w:r>
            <w:r w:rsidRPr="007338E7">
              <w:rPr>
                <w:sz w:val="20"/>
                <w:szCs w:val="20"/>
              </w:rPr>
              <w:br/>
            </w:r>
          </w:p>
        </w:tc>
        <w:tc>
          <w:tcPr>
            <w:tcW w:w="5112" w:type="dxa"/>
            <w:vAlign w:val="center"/>
          </w:tcPr>
          <w:p w14:paraId="519663E3" w14:textId="5B041937" w:rsidR="00D85604" w:rsidRPr="007338E7" w:rsidRDefault="00000000">
            <w:pPr>
              <w:spacing w:after="20"/>
              <w:rPr>
                <w:rFonts w:hint="eastAsia"/>
                <w:sz w:val="20"/>
                <w:szCs w:val="20"/>
              </w:rPr>
            </w:pPr>
            <w:r w:rsidRPr="007338E7">
              <w:rPr>
                <w:sz w:val="20"/>
                <w:szCs w:val="20"/>
              </w:rPr>
              <w:t xml:space="preserve">Country </w:t>
            </w:r>
            <w:proofErr w:type="gramStart"/>
            <w:r w:rsidRPr="007338E7">
              <w:rPr>
                <w:sz w:val="20"/>
                <w:szCs w:val="20"/>
              </w:rPr>
              <w:t>where</w:t>
            </w:r>
            <w:proofErr w:type="gramEnd"/>
            <w:r w:rsidRPr="007338E7">
              <w:rPr>
                <w:sz w:val="20"/>
                <w:szCs w:val="20"/>
              </w:rPr>
              <w:t xml:space="preserve"> employed</w:t>
            </w:r>
            <w:r w:rsidRPr="007338E7">
              <w:rPr>
                <w:sz w:val="20"/>
                <w:szCs w:val="20"/>
              </w:rPr>
              <w:br/>
            </w:r>
          </w:p>
        </w:tc>
      </w:tr>
      <w:tr w:rsidR="00D85604" w14:paraId="5929767E" w14:textId="77777777">
        <w:trPr>
          <w:jc w:val="center"/>
        </w:trPr>
        <w:tc>
          <w:tcPr>
            <w:tcW w:w="5112" w:type="dxa"/>
            <w:vAlign w:val="center"/>
          </w:tcPr>
          <w:p w14:paraId="617D772E" w14:textId="147604D5" w:rsidR="00D85604" w:rsidRPr="007338E7" w:rsidRDefault="00000000">
            <w:pPr>
              <w:spacing w:after="20"/>
              <w:rPr>
                <w:rFonts w:hint="eastAsia"/>
                <w:sz w:val="20"/>
                <w:szCs w:val="20"/>
              </w:rPr>
            </w:pPr>
            <w:r w:rsidRPr="007338E7">
              <w:rPr>
                <w:sz w:val="20"/>
                <w:szCs w:val="20"/>
              </w:rPr>
              <w:t>Is your work related to accounting, finance or audit?  ☐ Yes ☐ No</w:t>
            </w:r>
            <w:r w:rsidRPr="007338E7">
              <w:rPr>
                <w:sz w:val="20"/>
                <w:szCs w:val="20"/>
              </w:rPr>
              <w:br/>
            </w:r>
          </w:p>
        </w:tc>
        <w:tc>
          <w:tcPr>
            <w:tcW w:w="5112" w:type="dxa"/>
            <w:vAlign w:val="center"/>
          </w:tcPr>
          <w:p w14:paraId="2552162D" w14:textId="0AFAB18C" w:rsidR="00D85604" w:rsidRPr="007338E7" w:rsidRDefault="00000000">
            <w:pPr>
              <w:spacing w:after="20"/>
              <w:rPr>
                <w:rFonts w:hint="eastAsia"/>
                <w:sz w:val="20"/>
                <w:szCs w:val="20"/>
              </w:rPr>
            </w:pPr>
            <w:r w:rsidRPr="007338E7">
              <w:rPr>
                <w:sz w:val="20"/>
                <w:szCs w:val="20"/>
              </w:rPr>
              <w:t>Organisation size (optional): ☐ 1–10 ☐ 11–50 ☐ 51–250 ☐ 251–500 ☐ 500+</w:t>
            </w:r>
            <w:r w:rsidRPr="007338E7">
              <w:rPr>
                <w:sz w:val="20"/>
                <w:szCs w:val="20"/>
              </w:rPr>
              <w:br/>
            </w:r>
          </w:p>
        </w:tc>
      </w:tr>
    </w:tbl>
    <w:p w14:paraId="26B397D1" w14:textId="77777777" w:rsidR="00D85604" w:rsidRDefault="00D85604">
      <w:pPr>
        <w:spacing w:after="0"/>
        <w:rPr>
          <w:rFonts w:hint="eastAsia"/>
        </w:rPr>
      </w:pPr>
    </w:p>
    <w:p w14:paraId="52D3F0CF" w14:textId="77777777" w:rsidR="00D85604" w:rsidRPr="007338E7" w:rsidRDefault="00000000">
      <w:pPr>
        <w:rPr>
          <w:rFonts w:hint="eastAsia"/>
          <w:sz w:val="20"/>
          <w:szCs w:val="20"/>
        </w:rPr>
      </w:pPr>
      <w:r w:rsidRPr="007338E7">
        <w:rPr>
          <w:sz w:val="20"/>
          <w:szCs w:val="20"/>
        </w:rPr>
        <w:t>Work address (if different from correspondence address):</w:t>
      </w:r>
    </w:p>
    <w:tbl>
      <w:tblPr>
        <w:tblStyle w:val="TableGrid"/>
        <w:tblW w:w="0" w:type="auto"/>
        <w:jc w:val="center"/>
        <w:tblLook w:val="04A0" w:firstRow="1" w:lastRow="0" w:firstColumn="1" w:lastColumn="0" w:noHBand="0" w:noVBand="1"/>
      </w:tblPr>
      <w:tblGrid>
        <w:gridCol w:w="5107"/>
        <w:gridCol w:w="5107"/>
      </w:tblGrid>
      <w:tr w:rsidR="00D85604" w14:paraId="16CEB205" w14:textId="77777777">
        <w:trPr>
          <w:jc w:val="center"/>
        </w:trPr>
        <w:tc>
          <w:tcPr>
            <w:tcW w:w="5112" w:type="dxa"/>
            <w:vAlign w:val="center"/>
          </w:tcPr>
          <w:p w14:paraId="27CA24C5" w14:textId="77777777" w:rsidR="00D85604" w:rsidRPr="007338E7" w:rsidRDefault="00000000">
            <w:pPr>
              <w:spacing w:after="20"/>
              <w:rPr>
                <w:rFonts w:hint="eastAsia"/>
                <w:sz w:val="20"/>
                <w:szCs w:val="20"/>
              </w:rPr>
            </w:pPr>
            <w:r w:rsidRPr="007338E7">
              <w:rPr>
                <w:sz w:val="20"/>
                <w:szCs w:val="20"/>
              </w:rPr>
              <w:t>Address</w:t>
            </w:r>
          </w:p>
        </w:tc>
        <w:tc>
          <w:tcPr>
            <w:tcW w:w="5112" w:type="dxa"/>
            <w:vAlign w:val="center"/>
          </w:tcPr>
          <w:p w14:paraId="10F15ECE" w14:textId="77777777" w:rsidR="00D85604" w:rsidRPr="007338E7" w:rsidRDefault="00000000">
            <w:pPr>
              <w:spacing w:after="20"/>
              <w:rPr>
                <w:rFonts w:hint="eastAsia"/>
                <w:sz w:val="20"/>
                <w:szCs w:val="20"/>
              </w:rPr>
            </w:pPr>
            <w:r w:rsidRPr="007338E7">
              <w:rPr>
                <w:sz w:val="20"/>
                <w:szCs w:val="20"/>
              </w:rPr>
              <w:t>Town / city and postcode</w:t>
            </w:r>
          </w:p>
        </w:tc>
      </w:tr>
      <w:tr w:rsidR="00D85604" w14:paraId="5D1B0421" w14:textId="77777777">
        <w:trPr>
          <w:jc w:val="center"/>
        </w:trPr>
        <w:tc>
          <w:tcPr>
            <w:tcW w:w="5112" w:type="dxa"/>
            <w:vAlign w:val="center"/>
          </w:tcPr>
          <w:p w14:paraId="1290319A" w14:textId="77777777" w:rsidR="00D85604" w:rsidRPr="007338E7" w:rsidRDefault="00D85604">
            <w:pPr>
              <w:spacing w:after="20"/>
              <w:rPr>
                <w:rFonts w:hint="eastAsia"/>
                <w:sz w:val="20"/>
                <w:szCs w:val="20"/>
              </w:rPr>
            </w:pPr>
          </w:p>
        </w:tc>
        <w:tc>
          <w:tcPr>
            <w:tcW w:w="5112" w:type="dxa"/>
            <w:vAlign w:val="center"/>
          </w:tcPr>
          <w:p w14:paraId="40CB94DF" w14:textId="77777777" w:rsidR="00D85604" w:rsidRPr="007338E7" w:rsidRDefault="00D85604">
            <w:pPr>
              <w:spacing w:after="20"/>
              <w:rPr>
                <w:rFonts w:hint="eastAsia"/>
                <w:sz w:val="20"/>
                <w:szCs w:val="20"/>
              </w:rPr>
            </w:pPr>
          </w:p>
        </w:tc>
      </w:tr>
    </w:tbl>
    <w:p w14:paraId="1EE962EE" w14:textId="77777777" w:rsidR="00D85604" w:rsidRPr="007338E7" w:rsidRDefault="00000000">
      <w:pPr>
        <w:rPr>
          <w:rFonts w:hint="eastAsia"/>
          <w:sz w:val="20"/>
          <w:szCs w:val="20"/>
        </w:rPr>
      </w:pPr>
      <w:r w:rsidRPr="007338E7">
        <w:rPr>
          <w:sz w:val="20"/>
          <w:szCs w:val="20"/>
        </w:rPr>
        <w:t>Training manager / workplace supervisor (if applicable)</w:t>
      </w:r>
    </w:p>
    <w:tbl>
      <w:tblPr>
        <w:tblStyle w:val="TableGrid"/>
        <w:tblW w:w="0" w:type="auto"/>
        <w:jc w:val="center"/>
        <w:tblLook w:val="04A0" w:firstRow="1" w:lastRow="0" w:firstColumn="1" w:lastColumn="0" w:noHBand="0" w:noVBand="1"/>
      </w:tblPr>
      <w:tblGrid>
        <w:gridCol w:w="5107"/>
        <w:gridCol w:w="5107"/>
      </w:tblGrid>
      <w:tr w:rsidR="00D85604" w:rsidRPr="007338E7" w14:paraId="53719BA6" w14:textId="77777777">
        <w:trPr>
          <w:jc w:val="center"/>
        </w:trPr>
        <w:tc>
          <w:tcPr>
            <w:tcW w:w="5112" w:type="dxa"/>
            <w:vAlign w:val="center"/>
          </w:tcPr>
          <w:p w14:paraId="7A84FB3B" w14:textId="3EBEB5B7" w:rsidR="00D85604" w:rsidRPr="007338E7" w:rsidRDefault="00000000">
            <w:pPr>
              <w:spacing w:after="20"/>
              <w:rPr>
                <w:rFonts w:hint="eastAsia"/>
                <w:sz w:val="20"/>
                <w:szCs w:val="20"/>
              </w:rPr>
            </w:pPr>
            <w:r w:rsidRPr="007338E7">
              <w:rPr>
                <w:sz w:val="20"/>
                <w:szCs w:val="20"/>
              </w:rPr>
              <w:t>Name</w:t>
            </w:r>
            <w:r w:rsidRPr="007338E7">
              <w:rPr>
                <w:sz w:val="20"/>
                <w:szCs w:val="20"/>
              </w:rPr>
              <w:br/>
            </w:r>
          </w:p>
        </w:tc>
        <w:tc>
          <w:tcPr>
            <w:tcW w:w="5112" w:type="dxa"/>
            <w:vAlign w:val="center"/>
          </w:tcPr>
          <w:p w14:paraId="5AA6FE2B" w14:textId="4A68D26D" w:rsidR="00D85604" w:rsidRPr="002B560C" w:rsidRDefault="00000000">
            <w:pPr>
              <w:spacing w:after="20"/>
              <w:rPr>
                <w:rFonts w:hint="eastAsia"/>
                <w:sz w:val="20"/>
                <w:szCs w:val="20"/>
              </w:rPr>
            </w:pPr>
            <w:r w:rsidRPr="002B560C">
              <w:rPr>
                <w:sz w:val="20"/>
                <w:szCs w:val="20"/>
              </w:rPr>
              <w:t>Job title</w:t>
            </w:r>
            <w:r w:rsidRPr="002B560C">
              <w:rPr>
                <w:sz w:val="20"/>
                <w:szCs w:val="20"/>
              </w:rPr>
              <w:br/>
            </w:r>
          </w:p>
        </w:tc>
      </w:tr>
      <w:tr w:rsidR="00D85604" w:rsidRPr="007338E7" w14:paraId="5DD5DE7B" w14:textId="77777777">
        <w:trPr>
          <w:jc w:val="center"/>
        </w:trPr>
        <w:tc>
          <w:tcPr>
            <w:tcW w:w="5112" w:type="dxa"/>
            <w:vAlign w:val="center"/>
          </w:tcPr>
          <w:p w14:paraId="486D1BF3" w14:textId="56538DDE" w:rsidR="00D85604" w:rsidRPr="002B560C" w:rsidRDefault="00000000">
            <w:pPr>
              <w:spacing w:after="20"/>
              <w:rPr>
                <w:rFonts w:hint="eastAsia"/>
                <w:sz w:val="20"/>
                <w:szCs w:val="20"/>
              </w:rPr>
            </w:pPr>
            <w:r w:rsidRPr="002B560C">
              <w:rPr>
                <w:sz w:val="20"/>
                <w:szCs w:val="20"/>
              </w:rPr>
              <w:t>Email address</w:t>
            </w:r>
            <w:r w:rsidRPr="002B560C">
              <w:rPr>
                <w:sz w:val="20"/>
                <w:szCs w:val="20"/>
              </w:rPr>
              <w:br/>
            </w:r>
          </w:p>
        </w:tc>
        <w:tc>
          <w:tcPr>
            <w:tcW w:w="5112" w:type="dxa"/>
            <w:vAlign w:val="center"/>
          </w:tcPr>
          <w:p w14:paraId="1CD621A8" w14:textId="01D3E6F5" w:rsidR="00D85604" w:rsidRPr="002B560C" w:rsidRDefault="00000000">
            <w:pPr>
              <w:spacing w:after="20"/>
              <w:rPr>
                <w:rFonts w:hint="eastAsia"/>
                <w:sz w:val="20"/>
                <w:szCs w:val="20"/>
              </w:rPr>
            </w:pPr>
            <w:r w:rsidRPr="002B560C">
              <w:rPr>
                <w:sz w:val="20"/>
                <w:szCs w:val="20"/>
              </w:rPr>
              <w:t>Telephone</w:t>
            </w:r>
            <w:r w:rsidRPr="002B560C">
              <w:rPr>
                <w:sz w:val="20"/>
                <w:szCs w:val="20"/>
              </w:rPr>
              <w:br/>
            </w:r>
          </w:p>
        </w:tc>
      </w:tr>
    </w:tbl>
    <w:p w14:paraId="70C4F437" w14:textId="77777777" w:rsidR="00D85604" w:rsidRPr="002B560C" w:rsidRDefault="00D85604" w:rsidP="002B560C">
      <w:pPr>
        <w:spacing w:after="0" w:line="240" w:lineRule="auto"/>
        <w:rPr>
          <w:rFonts w:hint="eastAsia"/>
          <w:sz w:val="10"/>
          <w:szCs w:val="10"/>
        </w:rPr>
      </w:pPr>
    </w:p>
    <w:p w14:paraId="4ED9D286" w14:textId="77777777" w:rsidR="00D85604" w:rsidRDefault="00000000" w:rsidP="002B560C">
      <w:pPr>
        <w:pStyle w:val="Heading1"/>
        <w:spacing w:before="0" w:after="0" w:line="240" w:lineRule="auto"/>
      </w:pPr>
      <w:r>
        <w:t>4. Education and qualifications</w:t>
      </w:r>
    </w:p>
    <w:p w14:paraId="156E31EE" w14:textId="77777777" w:rsidR="00D85604" w:rsidRPr="002B560C" w:rsidRDefault="00000000" w:rsidP="002B560C">
      <w:pPr>
        <w:spacing w:after="0" w:line="240" w:lineRule="auto"/>
        <w:rPr>
          <w:rFonts w:hint="eastAsia"/>
          <w:sz w:val="20"/>
          <w:szCs w:val="20"/>
        </w:rPr>
      </w:pPr>
      <w:r w:rsidRPr="002B560C">
        <w:rPr>
          <w:sz w:val="20"/>
          <w:szCs w:val="20"/>
        </w:rPr>
        <w:t>List your relevant school, college, university and professional qualifications. Attach additional pages if needed. Include official transcripts where available and any documents needed to assess possible exemptions.</w:t>
      </w:r>
    </w:p>
    <w:tbl>
      <w:tblPr>
        <w:tblStyle w:val="TableGrid"/>
        <w:tblW w:w="0" w:type="auto"/>
        <w:jc w:val="center"/>
        <w:tblLook w:val="04A0" w:firstRow="1" w:lastRow="0" w:firstColumn="1" w:lastColumn="0" w:noHBand="0" w:noVBand="1"/>
      </w:tblPr>
      <w:tblGrid>
        <w:gridCol w:w="1702"/>
        <w:gridCol w:w="1703"/>
        <w:gridCol w:w="1703"/>
        <w:gridCol w:w="1702"/>
        <w:gridCol w:w="1702"/>
        <w:gridCol w:w="1702"/>
      </w:tblGrid>
      <w:tr w:rsidR="00D85604" w14:paraId="618E29E6" w14:textId="77777777">
        <w:trPr>
          <w:jc w:val="center"/>
        </w:trPr>
        <w:tc>
          <w:tcPr>
            <w:tcW w:w="1704" w:type="dxa"/>
            <w:shd w:val="clear" w:color="auto" w:fill="DCE8EF"/>
            <w:vAlign w:val="center"/>
          </w:tcPr>
          <w:p w14:paraId="3F7E235F" w14:textId="77777777" w:rsidR="00D85604" w:rsidRPr="002B560C" w:rsidRDefault="00000000" w:rsidP="002B560C">
            <w:pPr>
              <w:spacing w:after="0"/>
              <w:rPr>
                <w:rFonts w:hint="eastAsia"/>
                <w:sz w:val="20"/>
                <w:szCs w:val="20"/>
              </w:rPr>
            </w:pPr>
            <w:r w:rsidRPr="002B560C">
              <w:rPr>
                <w:b/>
                <w:sz w:val="20"/>
                <w:szCs w:val="20"/>
              </w:rPr>
              <w:t>Institution</w:t>
            </w:r>
          </w:p>
        </w:tc>
        <w:tc>
          <w:tcPr>
            <w:tcW w:w="1704" w:type="dxa"/>
            <w:shd w:val="clear" w:color="auto" w:fill="DCE8EF"/>
            <w:vAlign w:val="center"/>
          </w:tcPr>
          <w:p w14:paraId="651FB7EB" w14:textId="77777777" w:rsidR="00D85604" w:rsidRPr="002B560C" w:rsidRDefault="00000000" w:rsidP="002B560C">
            <w:pPr>
              <w:spacing w:after="0"/>
              <w:rPr>
                <w:rFonts w:hint="eastAsia"/>
                <w:sz w:val="20"/>
                <w:szCs w:val="20"/>
              </w:rPr>
            </w:pPr>
            <w:r w:rsidRPr="002B560C">
              <w:rPr>
                <w:b/>
                <w:sz w:val="20"/>
                <w:szCs w:val="20"/>
              </w:rPr>
              <w:t>Qualification / award</w:t>
            </w:r>
          </w:p>
        </w:tc>
        <w:tc>
          <w:tcPr>
            <w:tcW w:w="1704" w:type="dxa"/>
            <w:shd w:val="clear" w:color="auto" w:fill="DCE8EF"/>
            <w:vAlign w:val="center"/>
          </w:tcPr>
          <w:p w14:paraId="0CDFAC5C" w14:textId="77777777" w:rsidR="00D85604" w:rsidRPr="002B560C" w:rsidRDefault="00000000" w:rsidP="002B560C">
            <w:pPr>
              <w:spacing w:after="0"/>
              <w:rPr>
                <w:rFonts w:hint="eastAsia"/>
                <w:sz w:val="20"/>
                <w:szCs w:val="20"/>
              </w:rPr>
            </w:pPr>
            <w:r w:rsidRPr="002B560C">
              <w:rPr>
                <w:b/>
                <w:sz w:val="20"/>
                <w:szCs w:val="20"/>
              </w:rPr>
              <w:t>Subject(s)</w:t>
            </w:r>
          </w:p>
        </w:tc>
        <w:tc>
          <w:tcPr>
            <w:tcW w:w="1704" w:type="dxa"/>
            <w:shd w:val="clear" w:color="auto" w:fill="DCE8EF"/>
            <w:vAlign w:val="center"/>
          </w:tcPr>
          <w:p w14:paraId="7BE3EDCE" w14:textId="77777777" w:rsidR="00D85604" w:rsidRPr="002B560C" w:rsidRDefault="00000000" w:rsidP="002B560C">
            <w:pPr>
              <w:spacing w:after="0"/>
              <w:rPr>
                <w:rFonts w:hint="eastAsia"/>
                <w:sz w:val="20"/>
                <w:szCs w:val="20"/>
              </w:rPr>
            </w:pPr>
            <w:r w:rsidRPr="002B560C">
              <w:rPr>
                <w:b/>
                <w:sz w:val="20"/>
                <w:szCs w:val="20"/>
              </w:rPr>
              <w:t>Start–end dates</w:t>
            </w:r>
          </w:p>
        </w:tc>
        <w:tc>
          <w:tcPr>
            <w:tcW w:w="1704" w:type="dxa"/>
            <w:shd w:val="clear" w:color="auto" w:fill="DCE8EF"/>
            <w:vAlign w:val="center"/>
          </w:tcPr>
          <w:p w14:paraId="7226F45D" w14:textId="77777777" w:rsidR="00D85604" w:rsidRPr="002B560C" w:rsidRDefault="00000000" w:rsidP="002B560C">
            <w:pPr>
              <w:spacing w:after="0"/>
              <w:rPr>
                <w:rFonts w:hint="eastAsia"/>
                <w:sz w:val="20"/>
                <w:szCs w:val="20"/>
              </w:rPr>
            </w:pPr>
            <w:r w:rsidRPr="002B560C">
              <w:rPr>
                <w:b/>
                <w:sz w:val="20"/>
                <w:szCs w:val="20"/>
              </w:rPr>
              <w:t>Award date / expected</w:t>
            </w:r>
          </w:p>
        </w:tc>
        <w:tc>
          <w:tcPr>
            <w:tcW w:w="1704" w:type="dxa"/>
            <w:shd w:val="clear" w:color="auto" w:fill="DCE8EF"/>
            <w:vAlign w:val="center"/>
          </w:tcPr>
          <w:p w14:paraId="5B798FCA" w14:textId="77777777" w:rsidR="00D85604" w:rsidRPr="002B560C" w:rsidRDefault="00000000" w:rsidP="002B560C">
            <w:pPr>
              <w:spacing w:after="0"/>
              <w:rPr>
                <w:rFonts w:hint="eastAsia"/>
                <w:sz w:val="20"/>
                <w:szCs w:val="20"/>
              </w:rPr>
            </w:pPr>
            <w:r w:rsidRPr="002B560C">
              <w:rPr>
                <w:b/>
                <w:sz w:val="20"/>
                <w:szCs w:val="20"/>
              </w:rPr>
              <w:t>Result</w:t>
            </w:r>
          </w:p>
        </w:tc>
      </w:tr>
      <w:tr w:rsidR="00D85604" w14:paraId="055720AD" w14:textId="77777777">
        <w:trPr>
          <w:jc w:val="center"/>
        </w:trPr>
        <w:tc>
          <w:tcPr>
            <w:tcW w:w="1704" w:type="dxa"/>
            <w:vAlign w:val="center"/>
          </w:tcPr>
          <w:p w14:paraId="25EA3D84" w14:textId="77777777" w:rsidR="00D85604" w:rsidRPr="002B560C" w:rsidRDefault="00D85604">
            <w:pPr>
              <w:spacing w:after="20"/>
              <w:rPr>
                <w:rFonts w:hint="eastAsia"/>
                <w:sz w:val="20"/>
                <w:szCs w:val="20"/>
              </w:rPr>
            </w:pPr>
          </w:p>
        </w:tc>
        <w:tc>
          <w:tcPr>
            <w:tcW w:w="1704" w:type="dxa"/>
            <w:vAlign w:val="center"/>
          </w:tcPr>
          <w:p w14:paraId="2646A614" w14:textId="77777777" w:rsidR="00D85604" w:rsidRDefault="00D85604">
            <w:pPr>
              <w:spacing w:after="20"/>
              <w:rPr>
                <w:rFonts w:hint="eastAsia"/>
              </w:rPr>
            </w:pPr>
          </w:p>
        </w:tc>
        <w:tc>
          <w:tcPr>
            <w:tcW w:w="1704" w:type="dxa"/>
            <w:vAlign w:val="center"/>
          </w:tcPr>
          <w:p w14:paraId="7F5E1EC9" w14:textId="77777777" w:rsidR="00D85604" w:rsidRDefault="00D85604">
            <w:pPr>
              <w:spacing w:after="20"/>
              <w:rPr>
                <w:rFonts w:hint="eastAsia"/>
              </w:rPr>
            </w:pPr>
          </w:p>
        </w:tc>
        <w:tc>
          <w:tcPr>
            <w:tcW w:w="1704" w:type="dxa"/>
            <w:vAlign w:val="center"/>
          </w:tcPr>
          <w:p w14:paraId="58CFF6D6" w14:textId="77777777" w:rsidR="00D85604" w:rsidRDefault="00D85604">
            <w:pPr>
              <w:spacing w:after="20"/>
              <w:rPr>
                <w:rFonts w:hint="eastAsia"/>
              </w:rPr>
            </w:pPr>
          </w:p>
        </w:tc>
        <w:tc>
          <w:tcPr>
            <w:tcW w:w="1704" w:type="dxa"/>
            <w:vAlign w:val="center"/>
          </w:tcPr>
          <w:p w14:paraId="3D3D4649" w14:textId="77777777" w:rsidR="00D85604" w:rsidRDefault="00D85604">
            <w:pPr>
              <w:spacing w:after="20"/>
              <w:rPr>
                <w:rFonts w:hint="eastAsia"/>
              </w:rPr>
            </w:pPr>
          </w:p>
        </w:tc>
        <w:tc>
          <w:tcPr>
            <w:tcW w:w="1704" w:type="dxa"/>
            <w:vAlign w:val="center"/>
          </w:tcPr>
          <w:p w14:paraId="72BE307D" w14:textId="77777777" w:rsidR="00D85604" w:rsidRDefault="00D85604">
            <w:pPr>
              <w:spacing w:after="20"/>
              <w:rPr>
                <w:rFonts w:hint="eastAsia"/>
              </w:rPr>
            </w:pPr>
          </w:p>
        </w:tc>
      </w:tr>
      <w:tr w:rsidR="00D85604" w14:paraId="503055AA" w14:textId="77777777">
        <w:trPr>
          <w:jc w:val="center"/>
        </w:trPr>
        <w:tc>
          <w:tcPr>
            <w:tcW w:w="1704" w:type="dxa"/>
            <w:vAlign w:val="center"/>
          </w:tcPr>
          <w:p w14:paraId="7A8D4AA9" w14:textId="77777777" w:rsidR="00D85604" w:rsidRPr="002B560C" w:rsidRDefault="00D85604">
            <w:pPr>
              <w:spacing w:after="20"/>
              <w:rPr>
                <w:rFonts w:hint="eastAsia"/>
                <w:sz w:val="20"/>
                <w:szCs w:val="20"/>
              </w:rPr>
            </w:pPr>
          </w:p>
        </w:tc>
        <w:tc>
          <w:tcPr>
            <w:tcW w:w="1704" w:type="dxa"/>
            <w:vAlign w:val="center"/>
          </w:tcPr>
          <w:p w14:paraId="19762FFB" w14:textId="77777777" w:rsidR="00D85604" w:rsidRDefault="00D85604">
            <w:pPr>
              <w:spacing w:after="20"/>
              <w:rPr>
                <w:rFonts w:hint="eastAsia"/>
              </w:rPr>
            </w:pPr>
          </w:p>
        </w:tc>
        <w:tc>
          <w:tcPr>
            <w:tcW w:w="1704" w:type="dxa"/>
            <w:vAlign w:val="center"/>
          </w:tcPr>
          <w:p w14:paraId="661B69F4" w14:textId="77777777" w:rsidR="00D85604" w:rsidRDefault="00D85604">
            <w:pPr>
              <w:spacing w:after="20"/>
              <w:rPr>
                <w:rFonts w:hint="eastAsia"/>
              </w:rPr>
            </w:pPr>
          </w:p>
        </w:tc>
        <w:tc>
          <w:tcPr>
            <w:tcW w:w="1704" w:type="dxa"/>
            <w:vAlign w:val="center"/>
          </w:tcPr>
          <w:p w14:paraId="44BC9134" w14:textId="77777777" w:rsidR="00D85604" w:rsidRDefault="00D85604">
            <w:pPr>
              <w:spacing w:after="20"/>
              <w:rPr>
                <w:rFonts w:hint="eastAsia"/>
              </w:rPr>
            </w:pPr>
          </w:p>
        </w:tc>
        <w:tc>
          <w:tcPr>
            <w:tcW w:w="1704" w:type="dxa"/>
            <w:vAlign w:val="center"/>
          </w:tcPr>
          <w:p w14:paraId="111B5062" w14:textId="77777777" w:rsidR="00D85604" w:rsidRDefault="00D85604">
            <w:pPr>
              <w:spacing w:after="20"/>
              <w:rPr>
                <w:rFonts w:hint="eastAsia"/>
              </w:rPr>
            </w:pPr>
          </w:p>
        </w:tc>
        <w:tc>
          <w:tcPr>
            <w:tcW w:w="1704" w:type="dxa"/>
            <w:vAlign w:val="center"/>
          </w:tcPr>
          <w:p w14:paraId="5FE786EF" w14:textId="77777777" w:rsidR="00D85604" w:rsidRDefault="00D85604">
            <w:pPr>
              <w:spacing w:after="20"/>
              <w:rPr>
                <w:rFonts w:hint="eastAsia"/>
              </w:rPr>
            </w:pPr>
          </w:p>
        </w:tc>
      </w:tr>
      <w:tr w:rsidR="00D85604" w14:paraId="2DD0E46E" w14:textId="77777777">
        <w:trPr>
          <w:jc w:val="center"/>
        </w:trPr>
        <w:tc>
          <w:tcPr>
            <w:tcW w:w="1704" w:type="dxa"/>
            <w:vAlign w:val="center"/>
          </w:tcPr>
          <w:p w14:paraId="6953489A" w14:textId="77777777" w:rsidR="00D85604" w:rsidRPr="002B560C" w:rsidRDefault="00D85604">
            <w:pPr>
              <w:spacing w:after="20"/>
              <w:rPr>
                <w:rFonts w:hint="eastAsia"/>
                <w:sz w:val="20"/>
                <w:szCs w:val="20"/>
              </w:rPr>
            </w:pPr>
          </w:p>
        </w:tc>
        <w:tc>
          <w:tcPr>
            <w:tcW w:w="1704" w:type="dxa"/>
            <w:vAlign w:val="center"/>
          </w:tcPr>
          <w:p w14:paraId="3B1520B9" w14:textId="77777777" w:rsidR="00D85604" w:rsidRDefault="00D85604">
            <w:pPr>
              <w:spacing w:after="20"/>
              <w:rPr>
                <w:rFonts w:hint="eastAsia"/>
              </w:rPr>
            </w:pPr>
          </w:p>
        </w:tc>
        <w:tc>
          <w:tcPr>
            <w:tcW w:w="1704" w:type="dxa"/>
            <w:vAlign w:val="center"/>
          </w:tcPr>
          <w:p w14:paraId="34953ED0" w14:textId="77777777" w:rsidR="00D85604" w:rsidRDefault="00D85604">
            <w:pPr>
              <w:spacing w:after="20"/>
              <w:rPr>
                <w:rFonts w:hint="eastAsia"/>
              </w:rPr>
            </w:pPr>
          </w:p>
        </w:tc>
        <w:tc>
          <w:tcPr>
            <w:tcW w:w="1704" w:type="dxa"/>
            <w:vAlign w:val="center"/>
          </w:tcPr>
          <w:p w14:paraId="5C9770BA" w14:textId="77777777" w:rsidR="00D85604" w:rsidRDefault="00D85604">
            <w:pPr>
              <w:spacing w:after="20"/>
              <w:rPr>
                <w:rFonts w:hint="eastAsia"/>
              </w:rPr>
            </w:pPr>
          </w:p>
        </w:tc>
        <w:tc>
          <w:tcPr>
            <w:tcW w:w="1704" w:type="dxa"/>
            <w:vAlign w:val="center"/>
          </w:tcPr>
          <w:p w14:paraId="38CC6E21" w14:textId="77777777" w:rsidR="00D85604" w:rsidRDefault="00D85604">
            <w:pPr>
              <w:spacing w:after="20"/>
              <w:rPr>
                <w:rFonts w:hint="eastAsia"/>
              </w:rPr>
            </w:pPr>
          </w:p>
        </w:tc>
        <w:tc>
          <w:tcPr>
            <w:tcW w:w="1704" w:type="dxa"/>
            <w:vAlign w:val="center"/>
          </w:tcPr>
          <w:p w14:paraId="15A9CAAC" w14:textId="77777777" w:rsidR="00D85604" w:rsidRDefault="00D85604">
            <w:pPr>
              <w:spacing w:after="20"/>
              <w:rPr>
                <w:rFonts w:hint="eastAsia"/>
              </w:rPr>
            </w:pPr>
          </w:p>
        </w:tc>
      </w:tr>
    </w:tbl>
    <w:p w14:paraId="41D80F6D" w14:textId="77777777" w:rsidR="00D85604" w:rsidRPr="002B560C" w:rsidRDefault="00D85604">
      <w:pPr>
        <w:spacing w:after="0"/>
        <w:rPr>
          <w:rFonts w:hint="eastAsia"/>
          <w:sz w:val="12"/>
          <w:szCs w:val="12"/>
        </w:rPr>
      </w:pPr>
    </w:p>
    <w:p w14:paraId="18D49CAB" w14:textId="474843E6" w:rsidR="00D85604" w:rsidRPr="002B560C" w:rsidRDefault="00000000">
      <w:pPr>
        <w:rPr>
          <w:rFonts w:hint="eastAsia"/>
          <w:sz w:val="20"/>
          <w:szCs w:val="20"/>
        </w:rPr>
      </w:pPr>
      <w:r w:rsidRPr="002B560C">
        <w:rPr>
          <w:sz w:val="20"/>
          <w:szCs w:val="20"/>
        </w:rPr>
        <w:t>Are you applying for exemptions based on prior study or professional qualifications?  ☐ No ☐ Yes</w:t>
      </w:r>
    </w:p>
    <w:p w14:paraId="2F8B1E52" w14:textId="77777777" w:rsidR="00D85604" w:rsidRPr="002B560C" w:rsidRDefault="00000000">
      <w:pPr>
        <w:rPr>
          <w:rFonts w:hint="eastAsia"/>
          <w:sz w:val="20"/>
          <w:szCs w:val="20"/>
        </w:rPr>
      </w:pPr>
      <w:r w:rsidRPr="002B560C">
        <w:rPr>
          <w:sz w:val="20"/>
          <w:szCs w:val="20"/>
        </w:rPr>
        <w:t>If yes, list the qualifications for which you are seeking consideration and attach certificates and official transcripts:</w:t>
      </w:r>
    </w:p>
    <w:tbl>
      <w:tblPr>
        <w:tblStyle w:val="TableGrid"/>
        <w:tblW w:w="0" w:type="auto"/>
        <w:jc w:val="center"/>
        <w:tblLook w:val="04A0" w:firstRow="1" w:lastRow="0" w:firstColumn="1" w:lastColumn="0" w:noHBand="0" w:noVBand="1"/>
      </w:tblPr>
      <w:tblGrid>
        <w:gridCol w:w="2554"/>
        <w:gridCol w:w="2553"/>
        <w:gridCol w:w="2553"/>
        <w:gridCol w:w="2554"/>
      </w:tblGrid>
      <w:tr w:rsidR="00D85604" w14:paraId="7B84195D" w14:textId="77777777">
        <w:trPr>
          <w:jc w:val="center"/>
        </w:trPr>
        <w:tc>
          <w:tcPr>
            <w:tcW w:w="2556" w:type="dxa"/>
            <w:shd w:val="clear" w:color="auto" w:fill="DCE8EF"/>
            <w:vAlign w:val="center"/>
          </w:tcPr>
          <w:p w14:paraId="0716ED3C" w14:textId="77777777" w:rsidR="00D85604" w:rsidRPr="002B560C" w:rsidRDefault="00000000">
            <w:pPr>
              <w:spacing w:after="20"/>
              <w:rPr>
                <w:rFonts w:hint="eastAsia"/>
                <w:sz w:val="20"/>
                <w:szCs w:val="20"/>
              </w:rPr>
            </w:pPr>
            <w:r w:rsidRPr="002B560C">
              <w:rPr>
                <w:b/>
                <w:sz w:val="20"/>
                <w:szCs w:val="20"/>
              </w:rPr>
              <w:t>Qualification</w:t>
            </w:r>
          </w:p>
        </w:tc>
        <w:tc>
          <w:tcPr>
            <w:tcW w:w="2556" w:type="dxa"/>
            <w:shd w:val="clear" w:color="auto" w:fill="DCE8EF"/>
            <w:vAlign w:val="center"/>
          </w:tcPr>
          <w:p w14:paraId="1597C82D" w14:textId="77777777" w:rsidR="00D85604" w:rsidRPr="002B560C" w:rsidRDefault="00000000">
            <w:pPr>
              <w:spacing w:after="20"/>
              <w:rPr>
                <w:rFonts w:hint="eastAsia"/>
                <w:sz w:val="20"/>
                <w:szCs w:val="20"/>
              </w:rPr>
            </w:pPr>
            <w:r w:rsidRPr="002B560C">
              <w:rPr>
                <w:b/>
                <w:sz w:val="20"/>
                <w:szCs w:val="20"/>
              </w:rPr>
              <w:t>Awarding body</w:t>
            </w:r>
          </w:p>
        </w:tc>
        <w:tc>
          <w:tcPr>
            <w:tcW w:w="2556" w:type="dxa"/>
            <w:shd w:val="clear" w:color="auto" w:fill="DCE8EF"/>
            <w:vAlign w:val="center"/>
          </w:tcPr>
          <w:p w14:paraId="7AE734B8" w14:textId="77777777" w:rsidR="00D85604" w:rsidRPr="002B560C" w:rsidRDefault="00000000">
            <w:pPr>
              <w:spacing w:after="20"/>
              <w:rPr>
                <w:rFonts w:hint="eastAsia"/>
                <w:sz w:val="20"/>
                <w:szCs w:val="20"/>
              </w:rPr>
            </w:pPr>
            <w:r w:rsidRPr="002B560C">
              <w:rPr>
                <w:b/>
                <w:sz w:val="20"/>
                <w:szCs w:val="20"/>
              </w:rPr>
              <w:t>Subjects / papers</w:t>
            </w:r>
          </w:p>
        </w:tc>
        <w:tc>
          <w:tcPr>
            <w:tcW w:w="2556" w:type="dxa"/>
            <w:shd w:val="clear" w:color="auto" w:fill="DCE8EF"/>
            <w:vAlign w:val="center"/>
          </w:tcPr>
          <w:p w14:paraId="12DE76E6" w14:textId="77777777" w:rsidR="00D85604" w:rsidRPr="002B560C" w:rsidRDefault="00000000">
            <w:pPr>
              <w:spacing w:after="20"/>
              <w:rPr>
                <w:rFonts w:hint="eastAsia"/>
                <w:sz w:val="20"/>
                <w:szCs w:val="20"/>
              </w:rPr>
            </w:pPr>
            <w:r w:rsidRPr="002B560C">
              <w:rPr>
                <w:b/>
                <w:sz w:val="20"/>
                <w:szCs w:val="20"/>
              </w:rPr>
              <w:t>Documents attached?</w:t>
            </w:r>
          </w:p>
        </w:tc>
      </w:tr>
      <w:tr w:rsidR="00D85604" w14:paraId="7FBF2B03" w14:textId="77777777">
        <w:trPr>
          <w:jc w:val="center"/>
        </w:trPr>
        <w:tc>
          <w:tcPr>
            <w:tcW w:w="2556" w:type="dxa"/>
            <w:vAlign w:val="center"/>
          </w:tcPr>
          <w:p w14:paraId="15CDED63" w14:textId="77777777" w:rsidR="00D85604" w:rsidRPr="002B560C" w:rsidRDefault="00D85604">
            <w:pPr>
              <w:spacing w:after="20"/>
              <w:rPr>
                <w:rFonts w:hint="eastAsia"/>
                <w:sz w:val="20"/>
                <w:szCs w:val="20"/>
              </w:rPr>
            </w:pPr>
          </w:p>
        </w:tc>
        <w:tc>
          <w:tcPr>
            <w:tcW w:w="2556" w:type="dxa"/>
            <w:vAlign w:val="center"/>
          </w:tcPr>
          <w:p w14:paraId="1818B853" w14:textId="77777777" w:rsidR="00D85604" w:rsidRPr="002B560C" w:rsidRDefault="00D85604">
            <w:pPr>
              <w:spacing w:after="20"/>
              <w:rPr>
                <w:rFonts w:hint="eastAsia"/>
                <w:sz w:val="20"/>
                <w:szCs w:val="20"/>
              </w:rPr>
            </w:pPr>
          </w:p>
        </w:tc>
        <w:tc>
          <w:tcPr>
            <w:tcW w:w="2556" w:type="dxa"/>
            <w:vAlign w:val="center"/>
          </w:tcPr>
          <w:p w14:paraId="0763F4F7" w14:textId="77777777" w:rsidR="00D85604" w:rsidRPr="002B560C" w:rsidRDefault="00D85604">
            <w:pPr>
              <w:spacing w:after="20"/>
              <w:rPr>
                <w:rFonts w:hint="eastAsia"/>
                <w:sz w:val="20"/>
                <w:szCs w:val="20"/>
              </w:rPr>
            </w:pPr>
          </w:p>
        </w:tc>
        <w:tc>
          <w:tcPr>
            <w:tcW w:w="2556" w:type="dxa"/>
            <w:vAlign w:val="center"/>
          </w:tcPr>
          <w:p w14:paraId="20B94CAC" w14:textId="3A619E21" w:rsidR="00D85604" w:rsidRPr="002B560C" w:rsidRDefault="00000000">
            <w:pPr>
              <w:spacing w:after="20"/>
              <w:rPr>
                <w:rFonts w:hint="eastAsia"/>
                <w:sz w:val="20"/>
                <w:szCs w:val="20"/>
              </w:rPr>
            </w:pPr>
            <w:r w:rsidRPr="002B560C">
              <w:rPr>
                <w:sz w:val="20"/>
                <w:szCs w:val="20"/>
              </w:rPr>
              <w:t>☐ Yes ☐ No</w:t>
            </w:r>
          </w:p>
        </w:tc>
      </w:tr>
      <w:tr w:rsidR="00D85604" w14:paraId="54297266" w14:textId="77777777">
        <w:trPr>
          <w:jc w:val="center"/>
        </w:trPr>
        <w:tc>
          <w:tcPr>
            <w:tcW w:w="2556" w:type="dxa"/>
            <w:vAlign w:val="center"/>
          </w:tcPr>
          <w:p w14:paraId="63E20BB2" w14:textId="77777777" w:rsidR="00D85604" w:rsidRPr="002B560C" w:rsidRDefault="00D85604">
            <w:pPr>
              <w:spacing w:after="20"/>
              <w:rPr>
                <w:rFonts w:hint="eastAsia"/>
                <w:sz w:val="20"/>
                <w:szCs w:val="20"/>
              </w:rPr>
            </w:pPr>
          </w:p>
        </w:tc>
        <w:tc>
          <w:tcPr>
            <w:tcW w:w="2556" w:type="dxa"/>
            <w:vAlign w:val="center"/>
          </w:tcPr>
          <w:p w14:paraId="71E7A45F" w14:textId="77777777" w:rsidR="00D85604" w:rsidRPr="002B560C" w:rsidRDefault="00D85604">
            <w:pPr>
              <w:spacing w:after="20"/>
              <w:rPr>
                <w:rFonts w:hint="eastAsia"/>
                <w:sz w:val="20"/>
                <w:szCs w:val="20"/>
              </w:rPr>
            </w:pPr>
          </w:p>
        </w:tc>
        <w:tc>
          <w:tcPr>
            <w:tcW w:w="2556" w:type="dxa"/>
            <w:vAlign w:val="center"/>
          </w:tcPr>
          <w:p w14:paraId="5E99C240" w14:textId="77777777" w:rsidR="00D85604" w:rsidRPr="002B560C" w:rsidRDefault="00D85604">
            <w:pPr>
              <w:spacing w:after="20"/>
              <w:rPr>
                <w:rFonts w:hint="eastAsia"/>
                <w:sz w:val="20"/>
                <w:szCs w:val="20"/>
              </w:rPr>
            </w:pPr>
          </w:p>
        </w:tc>
        <w:tc>
          <w:tcPr>
            <w:tcW w:w="2556" w:type="dxa"/>
            <w:vAlign w:val="center"/>
          </w:tcPr>
          <w:p w14:paraId="4BBE0743" w14:textId="4DFC2E15" w:rsidR="00D85604" w:rsidRPr="002B560C" w:rsidRDefault="00000000">
            <w:pPr>
              <w:spacing w:after="20"/>
              <w:rPr>
                <w:rFonts w:hint="eastAsia"/>
                <w:sz w:val="20"/>
                <w:szCs w:val="20"/>
              </w:rPr>
            </w:pPr>
            <w:r w:rsidRPr="002B560C">
              <w:rPr>
                <w:sz w:val="20"/>
                <w:szCs w:val="20"/>
              </w:rPr>
              <w:t>☐ Yes ☐ No</w:t>
            </w:r>
          </w:p>
        </w:tc>
      </w:tr>
    </w:tbl>
    <w:p w14:paraId="5516A3D2" w14:textId="77777777" w:rsidR="00D85604" w:rsidRPr="002B560C" w:rsidRDefault="00D85604">
      <w:pPr>
        <w:spacing w:after="0"/>
        <w:rPr>
          <w:rFonts w:hint="eastAsia"/>
          <w:sz w:val="12"/>
          <w:szCs w:val="12"/>
        </w:rPr>
      </w:pPr>
    </w:p>
    <w:p w14:paraId="6097974A" w14:textId="7B6EC27D" w:rsidR="00D85604" w:rsidRPr="002B560C" w:rsidRDefault="00000000">
      <w:pPr>
        <w:rPr>
          <w:rFonts w:hint="eastAsia"/>
          <w:sz w:val="20"/>
          <w:szCs w:val="20"/>
        </w:rPr>
      </w:pPr>
      <w:r w:rsidRPr="002B560C">
        <w:rPr>
          <w:sz w:val="20"/>
          <w:szCs w:val="20"/>
        </w:rPr>
        <w:t>Mature applicant route: If you wish to be considered under an alternative or mature-entry route, please indicate this here:  ☐ Yes ☐ No ☐ Not applicable</w:t>
      </w:r>
    </w:p>
    <w:p w14:paraId="3293D038" w14:textId="77777777" w:rsidR="00D85604" w:rsidRDefault="00000000">
      <w:pPr>
        <w:pStyle w:val="Heading1"/>
      </w:pPr>
      <w:r>
        <w:t>5. Supporting documents checklist</w:t>
      </w:r>
    </w:p>
    <w:p w14:paraId="6BA7C21E" w14:textId="77777777" w:rsidR="00D85604" w:rsidRPr="002B560C" w:rsidRDefault="00000000" w:rsidP="002B560C">
      <w:pPr>
        <w:spacing w:after="0" w:line="240" w:lineRule="auto"/>
        <w:rPr>
          <w:rFonts w:hint="eastAsia"/>
          <w:sz w:val="20"/>
          <w:szCs w:val="20"/>
        </w:rPr>
      </w:pPr>
      <w:r w:rsidRPr="002B560C">
        <w:rPr>
          <w:sz w:val="20"/>
          <w:szCs w:val="20"/>
        </w:rPr>
        <w:t>Please tick each item enclosed or submitted electronically, as applicable.</w:t>
      </w:r>
    </w:p>
    <w:p w14:paraId="1DCEE792" w14:textId="77777777" w:rsidR="00D85604" w:rsidRPr="002B560C" w:rsidRDefault="00000000" w:rsidP="00F23A3E">
      <w:pPr>
        <w:spacing w:after="0" w:line="360" w:lineRule="auto"/>
        <w:rPr>
          <w:rFonts w:hint="eastAsia"/>
          <w:sz w:val="20"/>
          <w:szCs w:val="20"/>
        </w:rPr>
      </w:pPr>
      <w:r w:rsidRPr="002B560C">
        <w:rPr>
          <w:sz w:val="20"/>
          <w:szCs w:val="20"/>
        </w:rPr>
        <w:t>☐ Proof of identity (for example, passport or other accepted identity document)</w:t>
      </w:r>
    </w:p>
    <w:p w14:paraId="25968A75" w14:textId="77777777" w:rsidR="00D85604" w:rsidRPr="002B560C" w:rsidRDefault="00000000" w:rsidP="00F23A3E">
      <w:pPr>
        <w:spacing w:after="0" w:line="360" w:lineRule="auto"/>
        <w:rPr>
          <w:rFonts w:hint="eastAsia"/>
          <w:sz w:val="20"/>
          <w:szCs w:val="20"/>
        </w:rPr>
      </w:pPr>
      <w:r w:rsidRPr="002B560C">
        <w:rPr>
          <w:sz w:val="20"/>
          <w:szCs w:val="20"/>
        </w:rPr>
        <w:t>☐ Evidence of any change of name, if applicable</w:t>
      </w:r>
    </w:p>
    <w:p w14:paraId="1B4A69BF" w14:textId="77777777" w:rsidR="00D85604" w:rsidRPr="002B560C" w:rsidRDefault="00000000" w:rsidP="00F23A3E">
      <w:pPr>
        <w:spacing w:after="0" w:line="360" w:lineRule="auto"/>
        <w:rPr>
          <w:rFonts w:hint="eastAsia"/>
          <w:sz w:val="20"/>
          <w:szCs w:val="20"/>
        </w:rPr>
      </w:pPr>
      <w:r w:rsidRPr="002B560C">
        <w:rPr>
          <w:sz w:val="20"/>
          <w:szCs w:val="20"/>
        </w:rPr>
        <w:t>☐ Educational and professional certificates relevant to this application</w:t>
      </w:r>
    </w:p>
    <w:p w14:paraId="10C7838E" w14:textId="77777777" w:rsidR="00D85604" w:rsidRPr="002B560C" w:rsidRDefault="00000000" w:rsidP="00F23A3E">
      <w:pPr>
        <w:spacing w:after="0" w:line="360" w:lineRule="auto"/>
        <w:rPr>
          <w:rFonts w:hint="eastAsia"/>
          <w:sz w:val="20"/>
          <w:szCs w:val="20"/>
        </w:rPr>
      </w:pPr>
      <w:r w:rsidRPr="002B560C">
        <w:rPr>
          <w:sz w:val="20"/>
          <w:szCs w:val="20"/>
        </w:rPr>
        <w:t>☐ Official transcripts / subject records for exemption assessment, if applicable</w:t>
      </w:r>
    </w:p>
    <w:p w14:paraId="510E96C8" w14:textId="77777777" w:rsidR="00D85604" w:rsidRPr="002B560C" w:rsidRDefault="00000000" w:rsidP="00F23A3E">
      <w:pPr>
        <w:spacing w:after="0" w:line="360" w:lineRule="auto"/>
        <w:rPr>
          <w:rFonts w:hint="eastAsia"/>
          <w:sz w:val="20"/>
          <w:szCs w:val="20"/>
        </w:rPr>
      </w:pPr>
      <w:r w:rsidRPr="002B560C">
        <w:rPr>
          <w:sz w:val="20"/>
          <w:szCs w:val="20"/>
        </w:rPr>
        <w:t>☐ Certified English translations for documents not issued in English, if required</w:t>
      </w:r>
    </w:p>
    <w:p w14:paraId="37BB5956" w14:textId="395AE669" w:rsidR="00D85604" w:rsidRPr="002B560C" w:rsidRDefault="00000000" w:rsidP="00F23A3E">
      <w:pPr>
        <w:spacing w:after="0" w:line="360" w:lineRule="auto"/>
        <w:rPr>
          <w:rFonts w:hint="eastAsia"/>
          <w:sz w:val="20"/>
          <w:szCs w:val="20"/>
        </w:rPr>
      </w:pPr>
      <w:r w:rsidRPr="002B560C">
        <w:rPr>
          <w:sz w:val="20"/>
          <w:szCs w:val="20"/>
        </w:rPr>
        <w:t>☐ Recent passport-style photograph</w:t>
      </w:r>
    </w:p>
    <w:p w14:paraId="295F1A8D" w14:textId="77777777" w:rsidR="00D85604" w:rsidRPr="002B560C" w:rsidRDefault="00000000" w:rsidP="00F23A3E">
      <w:pPr>
        <w:spacing w:after="0" w:line="240" w:lineRule="auto"/>
        <w:rPr>
          <w:rFonts w:hint="eastAsia"/>
          <w:sz w:val="20"/>
          <w:szCs w:val="20"/>
        </w:rPr>
      </w:pPr>
      <w:r w:rsidRPr="002B560C">
        <w:rPr>
          <w:sz w:val="20"/>
          <w:szCs w:val="20"/>
        </w:rPr>
        <w:t>☐ Any additional evidence requested by ACPA</w:t>
      </w:r>
    </w:p>
    <w:p w14:paraId="35203665" w14:textId="77777777" w:rsidR="00F23A3E" w:rsidRDefault="00000000" w:rsidP="00F23A3E">
      <w:pPr>
        <w:spacing w:after="0" w:line="240" w:lineRule="auto"/>
        <w:rPr>
          <w:sz w:val="20"/>
          <w:szCs w:val="20"/>
        </w:rPr>
      </w:pPr>
      <w:r w:rsidRPr="002B560C">
        <w:rPr>
          <w:sz w:val="20"/>
          <w:szCs w:val="20"/>
        </w:rPr>
        <w:t>Do not send original certificates or identity documents unless ACPA specifically requests them. Please confirm</w:t>
      </w:r>
    </w:p>
    <w:p w14:paraId="408A52B0" w14:textId="66A3CDEF" w:rsidR="00D85604" w:rsidRPr="002B560C" w:rsidRDefault="00000000" w:rsidP="00F23A3E">
      <w:pPr>
        <w:spacing w:after="0" w:line="240" w:lineRule="auto"/>
        <w:rPr>
          <w:rFonts w:hint="eastAsia"/>
          <w:sz w:val="20"/>
          <w:szCs w:val="20"/>
        </w:rPr>
      </w:pPr>
      <w:r w:rsidRPr="002B560C">
        <w:rPr>
          <w:sz w:val="20"/>
          <w:szCs w:val="20"/>
        </w:rPr>
        <w:lastRenderedPageBreak/>
        <w:t>acceptable document formats and certification requirements with ACPA before submitting sensitive identity documents.</w:t>
      </w:r>
    </w:p>
    <w:p w14:paraId="1592FE03" w14:textId="77777777" w:rsidR="00D85604" w:rsidRDefault="00000000">
      <w:pPr>
        <w:pStyle w:val="Heading1"/>
      </w:pPr>
      <w:r>
        <w:t>6. Fees and payment</w:t>
      </w:r>
    </w:p>
    <w:p w14:paraId="432764EC" w14:textId="54A1704E" w:rsidR="00D85604" w:rsidRPr="002B560C" w:rsidRDefault="00000000">
      <w:pPr>
        <w:rPr>
          <w:rFonts w:hint="eastAsia"/>
          <w:sz w:val="20"/>
          <w:szCs w:val="20"/>
        </w:rPr>
      </w:pPr>
      <w:r w:rsidRPr="002B560C">
        <w:rPr>
          <w:sz w:val="20"/>
          <w:szCs w:val="20"/>
        </w:rPr>
        <w:t>A</w:t>
      </w:r>
      <w:r w:rsidR="0091543D">
        <w:rPr>
          <w:sz w:val="20"/>
          <w:szCs w:val="20"/>
        </w:rPr>
        <w:t>ssessment</w:t>
      </w:r>
      <w:r w:rsidRPr="002B560C">
        <w:rPr>
          <w:sz w:val="20"/>
          <w:szCs w:val="20"/>
        </w:rPr>
        <w:t xml:space="preserve"> / registration fee (if applicable): £ / currency __________ Amount paid: __________ Date: __________</w:t>
      </w:r>
    </w:p>
    <w:p w14:paraId="5957958A" w14:textId="64CEBAA0" w:rsidR="00D85604" w:rsidRPr="002B560C" w:rsidRDefault="00000000">
      <w:pPr>
        <w:rPr>
          <w:rFonts w:hint="eastAsia"/>
          <w:sz w:val="20"/>
          <w:szCs w:val="20"/>
        </w:rPr>
      </w:pPr>
      <w:r w:rsidRPr="002B560C">
        <w:rPr>
          <w:sz w:val="20"/>
          <w:szCs w:val="20"/>
        </w:rPr>
        <w:t>Payment method:  ☐ Bank transfer ☐ Card ☐ Other: __________________ Payment reference: __________________</w:t>
      </w:r>
    </w:p>
    <w:p w14:paraId="1010A6E1" w14:textId="77777777" w:rsidR="00D85604" w:rsidRPr="002B560C" w:rsidRDefault="00000000">
      <w:pPr>
        <w:rPr>
          <w:rFonts w:hint="eastAsia"/>
          <w:sz w:val="20"/>
          <w:szCs w:val="20"/>
        </w:rPr>
      </w:pPr>
      <w:r w:rsidRPr="002B560C">
        <w:rPr>
          <w:sz w:val="20"/>
          <w:szCs w:val="20"/>
        </w:rPr>
        <w:t>Any annual subscription, examination fees and payment deadlines will be confirmed by ACPA. Please check the current fee schedule before submitting payment.</w:t>
      </w:r>
    </w:p>
    <w:p w14:paraId="69DEADBF" w14:textId="77777777" w:rsidR="00D85604" w:rsidRDefault="00000000">
      <w:pPr>
        <w:pStyle w:val="Heading1"/>
      </w:pPr>
      <w:r>
        <w:t>7. Privacy notice and communication preferences</w:t>
      </w:r>
    </w:p>
    <w:p w14:paraId="1EBC7871" w14:textId="77777777" w:rsidR="00D85604" w:rsidRPr="002B560C" w:rsidRDefault="00000000">
      <w:pPr>
        <w:rPr>
          <w:rFonts w:hint="eastAsia"/>
          <w:sz w:val="20"/>
          <w:szCs w:val="20"/>
        </w:rPr>
      </w:pPr>
      <w:r w:rsidRPr="002B560C">
        <w:rPr>
          <w:sz w:val="20"/>
          <w:szCs w:val="20"/>
        </w:rPr>
        <w:t>ACPA will use the information supplied in this form to assess and administer your application, maintain student records, communicate with you and meet applicable legal or regulatory obligations. Access will be limited to authorised persons and relevant service providers where appropriate.</w:t>
      </w:r>
    </w:p>
    <w:p w14:paraId="3F654AC9" w14:textId="77777777" w:rsidR="00D85604" w:rsidRPr="002B560C" w:rsidRDefault="00000000">
      <w:pPr>
        <w:rPr>
          <w:rFonts w:hint="eastAsia"/>
          <w:sz w:val="20"/>
          <w:szCs w:val="20"/>
        </w:rPr>
      </w:pPr>
      <w:r w:rsidRPr="002B560C">
        <w:rPr>
          <w:sz w:val="20"/>
          <w:szCs w:val="20"/>
        </w:rPr>
        <w:t>ACPA may share information where necessary for the purposes described in its privacy notice, including with examination, education or professional bodies, employers or training providers where relevant, and authorities where legally required. Any optional disclosures or marketing communications should be handled separately from essential registration processing.</w:t>
      </w:r>
    </w:p>
    <w:p w14:paraId="2BF2E2A7" w14:textId="2A3B06A6" w:rsidR="00D85604" w:rsidRPr="002B560C" w:rsidRDefault="00000000">
      <w:pPr>
        <w:rPr>
          <w:rFonts w:hint="eastAsia"/>
          <w:sz w:val="20"/>
          <w:szCs w:val="20"/>
        </w:rPr>
      </w:pPr>
      <w:r w:rsidRPr="002B560C">
        <w:rPr>
          <w:sz w:val="20"/>
          <w:szCs w:val="20"/>
        </w:rPr>
        <w:t xml:space="preserve">Please read ACPA’s current privacy notice before signing. </w:t>
      </w:r>
    </w:p>
    <w:p w14:paraId="1FEDEE25" w14:textId="77777777" w:rsidR="00D85604" w:rsidRPr="002B560C" w:rsidRDefault="00000000">
      <w:pPr>
        <w:rPr>
          <w:rFonts w:hint="eastAsia"/>
          <w:sz w:val="20"/>
          <w:szCs w:val="20"/>
        </w:rPr>
      </w:pPr>
      <w:r w:rsidRPr="002B560C">
        <w:rPr>
          <w:sz w:val="20"/>
          <w:szCs w:val="20"/>
        </w:rPr>
        <w:t>Optional marketing preferences (this choice does not affect your application):</w:t>
      </w:r>
    </w:p>
    <w:p w14:paraId="05D5D43E" w14:textId="77777777" w:rsidR="00D85604" w:rsidRPr="002B560C" w:rsidRDefault="00000000">
      <w:pPr>
        <w:rPr>
          <w:rFonts w:hint="eastAsia"/>
          <w:sz w:val="20"/>
          <w:szCs w:val="20"/>
        </w:rPr>
      </w:pPr>
      <w:r w:rsidRPr="002B560C">
        <w:rPr>
          <w:sz w:val="20"/>
          <w:szCs w:val="20"/>
        </w:rPr>
        <w:t>☐ I would like to receive optional news, events and promotional communications from ACPA.</w:t>
      </w:r>
    </w:p>
    <w:p w14:paraId="773BF6FB" w14:textId="77777777" w:rsidR="00D85604" w:rsidRPr="002B560C" w:rsidRDefault="00000000">
      <w:pPr>
        <w:rPr>
          <w:rFonts w:hint="eastAsia"/>
          <w:sz w:val="20"/>
          <w:szCs w:val="20"/>
        </w:rPr>
      </w:pPr>
      <w:r w:rsidRPr="002B560C">
        <w:rPr>
          <w:sz w:val="20"/>
          <w:szCs w:val="20"/>
        </w:rPr>
        <w:t>☐ I do not wish to receive optional news, events and promotional communications from ACPA.</w:t>
      </w:r>
    </w:p>
    <w:p w14:paraId="527EFEAF" w14:textId="6CF3805E" w:rsidR="00D85604" w:rsidRPr="002B560C" w:rsidRDefault="00000000">
      <w:pPr>
        <w:rPr>
          <w:rFonts w:hint="eastAsia"/>
          <w:sz w:val="20"/>
          <w:szCs w:val="20"/>
        </w:rPr>
      </w:pPr>
      <w:r w:rsidRPr="002B560C">
        <w:rPr>
          <w:sz w:val="20"/>
          <w:szCs w:val="20"/>
        </w:rPr>
        <w:t>Preferred communication format, if any:  ☐ Email ☐ Post ☐ No preference</w:t>
      </w:r>
    </w:p>
    <w:p w14:paraId="6CFD5105" w14:textId="77777777" w:rsidR="00D85604" w:rsidRDefault="00000000">
      <w:pPr>
        <w:pStyle w:val="Heading1"/>
      </w:pPr>
      <w:r>
        <w:t>8. Applicant declaration</w:t>
      </w:r>
    </w:p>
    <w:p w14:paraId="4D1A17AA" w14:textId="77777777" w:rsidR="00D85604" w:rsidRPr="002B560C" w:rsidRDefault="00000000">
      <w:pPr>
        <w:rPr>
          <w:rFonts w:hint="eastAsia"/>
          <w:sz w:val="20"/>
          <w:szCs w:val="20"/>
        </w:rPr>
      </w:pPr>
      <w:r w:rsidRPr="002B560C">
        <w:rPr>
          <w:sz w:val="20"/>
          <w:szCs w:val="20"/>
        </w:rPr>
        <w:t>I declare that the information provided in this application and in the supporting documents is, to the best of my knowledge, complete and accurate. I understand that ACPA may request further information or original documents for verification and that inaccurate or misleading information may affect my application or registration.</w:t>
      </w:r>
    </w:p>
    <w:p w14:paraId="7D0AAF7E" w14:textId="77777777" w:rsidR="00D85604" w:rsidRPr="002B560C" w:rsidRDefault="00000000">
      <w:pPr>
        <w:rPr>
          <w:rFonts w:hint="eastAsia"/>
          <w:sz w:val="20"/>
          <w:szCs w:val="20"/>
        </w:rPr>
      </w:pPr>
      <w:r w:rsidRPr="002B560C">
        <w:rPr>
          <w:sz w:val="20"/>
          <w:szCs w:val="20"/>
        </w:rPr>
        <w:t>If admitted, I agree to comply with ACPA’s applicable constitution, bye-laws, regulations, policies and rules of professional conduct, as amended from time to time, and to notify ACPA of relevant changes to my details or circumstances.</w:t>
      </w:r>
    </w:p>
    <w:p w14:paraId="1DFB73B4" w14:textId="77777777" w:rsidR="00D85604" w:rsidRPr="002B560C" w:rsidRDefault="00000000">
      <w:pPr>
        <w:rPr>
          <w:rFonts w:hint="eastAsia"/>
          <w:sz w:val="20"/>
          <w:szCs w:val="20"/>
        </w:rPr>
      </w:pPr>
      <w:r w:rsidRPr="002B560C">
        <w:rPr>
          <w:sz w:val="20"/>
          <w:szCs w:val="20"/>
        </w:rPr>
        <w:t>I confirm that I have read the privacy notice referred to in Section 7.</w:t>
      </w:r>
    </w:p>
    <w:tbl>
      <w:tblPr>
        <w:tblStyle w:val="TableGrid"/>
        <w:tblW w:w="0" w:type="auto"/>
        <w:jc w:val="center"/>
        <w:tblLook w:val="04A0" w:firstRow="1" w:lastRow="0" w:firstColumn="1" w:lastColumn="0" w:noHBand="0" w:noVBand="1"/>
      </w:tblPr>
      <w:tblGrid>
        <w:gridCol w:w="5107"/>
        <w:gridCol w:w="5107"/>
      </w:tblGrid>
      <w:tr w:rsidR="00D85604" w14:paraId="260354D2" w14:textId="77777777">
        <w:trPr>
          <w:jc w:val="center"/>
        </w:trPr>
        <w:tc>
          <w:tcPr>
            <w:tcW w:w="5112" w:type="dxa"/>
            <w:vAlign w:val="center"/>
          </w:tcPr>
          <w:p w14:paraId="52928ED7" w14:textId="77777777" w:rsidR="00D85604" w:rsidRPr="002B560C" w:rsidRDefault="00000000">
            <w:pPr>
              <w:spacing w:after="20"/>
              <w:rPr>
                <w:rFonts w:hint="eastAsia"/>
                <w:sz w:val="20"/>
                <w:szCs w:val="20"/>
              </w:rPr>
            </w:pPr>
            <w:r w:rsidRPr="002B560C">
              <w:rPr>
                <w:sz w:val="20"/>
                <w:szCs w:val="20"/>
              </w:rPr>
              <w:t>Applicant signature (electronic signature accepted if permitted)</w:t>
            </w:r>
          </w:p>
        </w:tc>
        <w:tc>
          <w:tcPr>
            <w:tcW w:w="5112" w:type="dxa"/>
            <w:vAlign w:val="center"/>
          </w:tcPr>
          <w:p w14:paraId="5B7EAEC3" w14:textId="18E5D059" w:rsidR="00D85604" w:rsidRPr="002B560C" w:rsidRDefault="002B560C">
            <w:pPr>
              <w:spacing w:after="20"/>
              <w:rPr>
                <w:rFonts w:hint="eastAsia"/>
                <w:sz w:val="20"/>
                <w:szCs w:val="20"/>
              </w:rPr>
            </w:pPr>
            <w:r>
              <w:rPr>
                <w:sz w:val="20"/>
                <w:szCs w:val="20"/>
              </w:rPr>
              <w:t xml:space="preserve">     </w:t>
            </w:r>
            <w:r w:rsidR="00000000" w:rsidRPr="002B560C">
              <w:rPr>
                <w:sz w:val="20"/>
                <w:szCs w:val="20"/>
              </w:rPr>
              <w:t>Date (DD/MM/YYYY)</w:t>
            </w:r>
          </w:p>
        </w:tc>
      </w:tr>
      <w:tr w:rsidR="00D85604" w14:paraId="4ABA57D9" w14:textId="77777777">
        <w:trPr>
          <w:jc w:val="center"/>
        </w:trPr>
        <w:tc>
          <w:tcPr>
            <w:tcW w:w="5112" w:type="dxa"/>
            <w:vAlign w:val="center"/>
          </w:tcPr>
          <w:p w14:paraId="68D9B7EE" w14:textId="77777777" w:rsidR="00D85604" w:rsidRPr="002B560C" w:rsidRDefault="00D85604">
            <w:pPr>
              <w:spacing w:after="20"/>
              <w:rPr>
                <w:rFonts w:hint="eastAsia"/>
                <w:sz w:val="22"/>
              </w:rPr>
            </w:pPr>
          </w:p>
        </w:tc>
        <w:tc>
          <w:tcPr>
            <w:tcW w:w="5112" w:type="dxa"/>
            <w:vAlign w:val="center"/>
          </w:tcPr>
          <w:p w14:paraId="037215C8" w14:textId="77777777" w:rsidR="00D85604" w:rsidRPr="002B560C" w:rsidRDefault="00D85604">
            <w:pPr>
              <w:spacing w:after="20"/>
              <w:rPr>
                <w:rFonts w:hint="eastAsia"/>
                <w:sz w:val="20"/>
                <w:szCs w:val="20"/>
              </w:rPr>
            </w:pPr>
          </w:p>
        </w:tc>
      </w:tr>
    </w:tbl>
    <w:p w14:paraId="69C8F087" w14:textId="77777777" w:rsidR="00D85604" w:rsidRDefault="00D85604">
      <w:pPr>
        <w:spacing w:after="0"/>
        <w:rPr>
          <w:rFonts w:hint="eastAsia"/>
        </w:rPr>
      </w:pPr>
    </w:p>
    <w:p w14:paraId="5CC05CEF" w14:textId="77777777" w:rsidR="00D85604" w:rsidRDefault="00000000">
      <w:pPr>
        <w:pStyle w:val="Heading1"/>
      </w:pPr>
      <w:r>
        <w:t>9. ACPA administration only</w:t>
      </w:r>
    </w:p>
    <w:tbl>
      <w:tblPr>
        <w:tblStyle w:val="TableGrid"/>
        <w:tblW w:w="0" w:type="auto"/>
        <w:jc w:val="center"/>
        <w:tblLook w:val="04A0" w:firstRow="1" w:lastRow="0" w:firstColumn="1" w:lastColumn="0" w:noHBand="0" w:noVBand="1"/>
      </w:tblPr>
      <w:tblGrid>
        <w:gridCol w:w="5107"/>
        <w:gridCol w:w="5107"/>
      </w:tblGrid>
      <w:tr w:rsidR="00D85604" w14:paraId="5CB5B51A" w14:textId="77777777">
        <w:trPr>
          <w:jc w:val="center"/>
        </w:trPr>
        <w:tc>
          <w:tcPr>
            <w:tcW w:w="5112" w:type="dxa"/>
            <w:vAlign w:val="center"/>
          </w:tcPr>
          <w:p w14:paraId="5ABA1A42" w14:textId="77777777" w:rsidR="00D85604" w:rsidRPr="002B560C" w:rsidRDefault="00000000">
            <w:pPr>
              <w:spacing w:after="20"/>
              <w:rPr>
                <w:rFonts w:hint="eastAsia"/>
                <w:sz w:val="20"/>
                <w:szCs w:val="20"/>
              </w:rPr>
            </w:pPr>
            <w:r w:rsidRPr="002B560C">
              <w:rPr>
                <w:sz w:val="20"/>
                <w:szCs w:val="20"/>
              </w:rPr>
              <w:t>Identity checked by / date</w:t>
            </w:r>
          </w:p>
        </w:tc>
        <w:tc>
          <w:tcPr>
            <w:tcW w:w="5112" w:type="dxa"/>
            <w:vAlign w:val="center"/>
          </w:tcPr>
          <w:p w14:paraId="308E4339" w14:textId="77777777" w:rsidR="00D85604" w:rsidRPr="002B560C" w:rsidRDefault="00000000">
            <w:pPr>
              <w:spacing w:after="20"/>
              <w:rPr>
                <w:rFonts w:hint="eastAsia"/>
                <w:sz w:val="20"/>
                <w:szCs w:val="20"/>
              </w:rPr>
            </w:pPr>
            <w:r w:rsidRPr="002B560C">
              <w:rPr>
                <w:sz w:val="20"/>
                <w:szCs w:val="20"/>
              </w:rPr>
              <w:t>Eligibility assessment by / date</w:t>
            </w:r>
          </w:p>
        </w:tc>
      </w:tr>
      <w:tr w:rsidR="00D85604" w14:paraId="290053E6" w14:textId="77777777">
        <w:trPr>
          <w:jc w:val="center"/>
        </w:trPr>
        <w:tc>
          <w:tcPr>
            <w:tcW w:w="5112" w:type="dxa"/>
            <w:vAlign w:val="center"/>
          </w:tcPr>
          <w:p w14:paraId="41F186A7" w14:textId="77777777" w:rsidR="00D85604" w:rsidRPr="002B560C" w:rsidRDefault="00D85604">
            <w:pPr>
              <w:spacing w:after="20"/>
              <w:rPr>
                <w:rFonts w:hint="eastAsia"/>
                <w:sz w:val="20"/>
                <w:szCs w:val="20"/>
              </w:rPr>
            </w:pPr>
          </w:p>
        </w:tc>
        <w:tc>
          <w:tcPr>
            <w:tcW w:w="5112" w:type="dxa"/>
            <w:vAlign w:val="center"/>
          </w:tcPr>
          <w:p w14:paraId="69C79732" w14:textId="77777777" w:rsidR="00D85604" w:rsidRPr="002B560C" w:rsidRDefault="00D85604">
            <w:pPr>
              <w:spacing w:after="20"/>
              <w:rPr>
                <w:rFonts w:hint="eastAsia"/>
                <w:sz w:val="20"/>
                <w:szCs w:val="20"/>
              </w:rPr>
            </w:pPr>
          </w:p>
        </w:tc>
      </w:tr>
      <w:tr w:rsidR="00D85604" w14:paraId="08B78BA3" w14:textId="77777777">
        <w:trPr>
          <w:jc w:val="center"/>
        </w:trPr>
        <w:tc>
          <w:tcPr>
            <w:tcW w:w="5112" w:type="dxa"/>
            <w:vAlign w:val="center"/>
          </w:tcPr>
          <w:p w14:paraId="0C9F6644" w14:textId="109F2396" w:rsidR="00D85604" w:rsidRPr="002B560C" w:rsidRDefault="00000000">
            <w:pPr>
              <w:spacing w:after="20"/>
              <w:rPr>
                <w:rFonts w:hint="eastAsia"/>
                <w:sz w:val="20"/>
                <w:szCs w:val="20"/>
              </w:rPr>
            </w:pPr>
            <w:r w:rsidRPr="002B560C">
              <w:rPr>
                <w:sz w:val="20"/>
                <w:szCs w:val="20"/>
              </w:rPr>
              <w:t>Documents complete?  ☐ Yes ☐ No</w:t>
            </w:r>
          </w:p>
        </w:tc>
        <w:tc>
          <w:tcPr>
            <w:tcW w:w="5112" w:type="dxa"/>
            <w:vAlign w:val="center"/>
          </w:tcPr>
          <w:p w14:paraId="5A22EBA9" w14:textId="4424DEE6" w:rsidR="00D85604" w:rsidRPr="002B560C" w:rsidRDefault="00000000">
            <w:pPr>
              <w:spacing w:after="20"/>
              <w:rPr>
                <w:rFonts w:hint="eastAsia"/>
                <w:sz w:val="20"/>
                <w:szCs w:val="20"/>
              </w:rPr>
            </w:pPr>
            <w:r w:rsidRPr="002B560C">
              <w:rPr>
                <w:sz w:val="20"/>
                <w:szCs w:val="20"/>
              </w:rPr>
              <w:t>Exemptions review required?  ☐ Yes ☐ No</w:t>
            </w:r>
          </w:p>
        </w:tc>
      </w:tr>
      <w:tr w:rsidR="00D85604" w14:paraId="32635727" w14:textId="77777777">
        <w:trPr>
          <w:jc w:val="center"/>
        </w:trPr>
        <w:tc>
          <w:tcPr>
            <w:tcW w:w="5112" w:type="dxa"/>
            <w:vAlign w:val="center"/>
          </w:tcPr>
          <w:p w14:paraId="0474AC82" w14:textId="77777777" w:rsidR="00D85604" w:rsidRPr="002B560C" w:rsidRDefault="00000000">
            <w:pPr>
              <w:spacing w:after="20"/>
              <w:rPr>
                <w:rFonts w:hint="eastAsia"/>
                <w:sz w:val="20"/>
                <w:szCs w:val="20"/>
              </w:rPr>
            </w:pPr>
            <w:r w:rsidRPr="002B560C">
              <w:rPr>
                <w:sz w:val="20"/>
                <w:szCs w:val="20"/>
              </w:rPr>
              <w:t>Fee checked by / date</w:t>
            </w:r>
          </w:p>
        </w:tc>
        <w:tc>
          <w:tcPr>
            <w:tcW w:w="5112" w:type="dxa"/>
            <w:vAlign w:val="center"/>
          </w:tcPr>
          <w:p w14:paraId="0B0AA4DD" w14:textId="77777777" w:rsidR="00D85604" w:rsidRPr="002B560C" w:rsidRDefault="00000000">
            <w:pPr>
              <w:spacing w:after="20"/>
              <w:rPr>
                <w:rFonts w:hint="eastAsia"/>
                <w:sz w:val="20"/>
                <w:szCs w:val="20"/>
              </w:rPr>
            </w:pPr>
            <w:r w:rsidRPr="002B560C">
              <w:rPr>
                <w:sz w:val="20"/>
                <w:szCs w:val="20"/>
              </w:rPr>
              <w:t>Student record created by / date</w:t>
            </w:r>
          </w:p>
        </w:tc>
      </w:tr>
      <w:tr w:rsidR="00D85604" w14:paraId="7A3678DE" w14:textId="77777777">
        <w:trPr>
          <w:jc w:val="center"/>
        </w:trPr>
        <w:tc>
          <w:tcPr>
            <w:tcW w:w="5112" w:type="dxa"/>
            <w:vAlign w:val="center"/>
          </w:tcPr>
          <w:p w14:paraId="281334BB" w14:textId="77777777" w:rsidR="00D85604" w:rsidRPr="002B560C" w:rsidRDefault="00000000">
            <w:pPr>
              <w:spacing w:after="20"/>
              <w:rPr>
                <w:rFonts w:hint="eastAsia"/>
                <w:sz w:val="20"/>
                <w:szCs w:val="20"/>
              </w:rPr>
            </w:pPr>
            <w:r w:rsidRPr="002B560C">
              <w:rPr>
                <w:sz w:val="20"/>
                <w:szCs w:val="20"/>
              </w:rPr>
              <w:t>Decision / conditions</w:t>
            </w:r>
          </w:p>
        </w:tc>
        <w:tc>
          <w:tcPr>
            <w:tcW w:w="5112" w:type="dxa"/>
            <w:vAlign w:val="center"/>
          </w:tcPr>
          <w:p w14:paraId="03DAC14E" w14:textId="77777777" w:rsidR="00D85604" w:rsidRPr="002B560C" w:rsidRDefault="00000000">
            <w:pPr>
              <w:spacing w:after="20"/>
              <w:rPr>
                <w:rFonts w:hint="eastAsia"/>
                <w:sz w:val="20"/>
                <w:szCs w:val="20"/>
              </w:rPr>
            </w:pPr>
            <w:r w:rsidRPr="002B560C">
              <w:rPr>
                <w:sz w:val="20"/>
                <w:szCs w:val="20"/>
              </w:rPr>
              <w:t>Applicant notified on</w:t>
            </w:r>
          </w:p>
        </w:tc>
      </w:tr>
      <w:tr w:rsidR="00D85604" w14:paraId="5BB70A2B" w14:textId="77777777">
        <w:trPr>
          <w:jc w:val="center"/>
        </w:trPr>
        <w:tc>
          <w:tcPr>
            <w:tcW w:w="5112" w:type="dxa"/>
            <w:vAlign w:val="center"/>
          </w:tcPr>
          <w:p w14:paraId="16C7CAF2" w14:textId="77777777" w:rsidR="00D85604" w:rsidRPr="002B560C" w:rsidRDefault="00000000">
            <w:pPr>
              <w:spacing w:after="20"/>
              <w:rPr>
                <w:rFonts w:hint="eastAsia"/>
                <w:sz w:val="20"/>
                <w:szCs w:val="20"/>
              </w:rPr>
            </w:pPr>
            <w:r w:rsidRPr="002B560C">
              <w:rPr>
                <w:sz w:val="20"/>
                <w:szCs w:val="20"/>
              </w:rPr>
              <w:t>Notes / follow-up required</w:t>
            </w:r>
          </w:p>
        </w:tc>
        <w:tc>
          <w:tcPr>
            <w:tcW w:w="5112" w:type="dxa"/>
            <w:vAlign w:val="center"/>
          </w:tcPr>
          <w:p w14:paraId="09C167C8" w14:textId="77777777" w:rsidR="00D85604" w:rsidRPr="002B560C" w:rsidRDefault="00D85604">
            <w:pPr>
              <w:spacing w:after="20"/>
              <w:rPr>
                <w:rFonts w:hint="eastAsia"/>
                <w:sz w:val="20"/>
                <w:szCs w:val="20"/>
              </w:rPr>
            </w:pPr>
          </w:p>
        </w:tc>
      </w:tr>
    </w:tbl>
    <w:p w14:paraId="180DFB66" w14:textId="77777777" w:rsidR="00D85604" w:rsidRDefault="00D85604">
      <w:pPr>
        <w:spacing w:after="0"/>
        <w:rPr>
          <w:rFonts w:hint="eastAsia"/>
        </w:rPr>
      </w:pPr>
    </w:p>
    <w:p w14:paraId="6B72417B" w14:textId="5CAEE047" w:rsidR="00D85604" w:rsidRDefault="002B560C">
      <w:pPr>
        <w:jc w:val="center"/>
        <w:rPr>
          <w:rFonts w:hint="eastAsia"/>
        </w:rPr>
      </w:pPr>
      <w:r>
        <w:rPr>
          <w:b/>
          <w:color w:val="143957"/>
        </w:rPr>
        <w:t xml:space="preserve">The </w:t>
      </w:r>
      <w:r w:rsidR="00000000">
        <w:rPr>
          <w:b/>
          <w:color w:val="143957"/>
        </w:rPr>
        <w:t>Association of Certified Public Accountants in England</w:t>
      </w:r>
    </w:p>
    <w:sectPr w:rsidR="00D85604" w:rsidSect="00034616">
      <w:pgSz w:w="12240" w:h="15840"/>
      <w:pgMar w:top="893" w:right="1008" w:bottom="893"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4432256">
    <w:abstractNumId w:val="8"/>
  </w:num>
  <w:num w:numId="2" w16cid:durableId="953025678">
    <w:abstractNumId w:val="6"/>
  </w:num>
  <w:num w:numId="3" w16cid:durableId="1837569226">
    <w:abstractNumId w:val="5"/>
  </w:num>
  <w:num w:numId="4" w16cid:durableId="586425757">
    <w:abstractNumId w:val="4"/>
  </w:num>
  <w:num w:numId="5" w16cid:durableId="655382999">
    <w:abstractNumId w:val="7"/>
  </w:num>
  <w:num w:numId="6" w16cid:durableId="1781296518">
    <w:abstractNumId w:val="3"/>
  </w:num>
  <w:num w:numId="7" w16cid:durableId="1626619084">
    <w:abstractNumId w:val="2"/>
  </w:num>
  <w:num w:numId="8" w16cid:durableId="65804832">
    <w:abstractNumId w:val="1"/>
  </w:num>
  <w:num w:numId="9" w16cid:durableId="1584102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0CC"/>
    <w:rsid w:val="0015074B"/>
    <w:rsid w:val="0029639D"/>
    <w:rsid w:val="002B560C"/>
    <w:rsid w:val="002D453E"/>
    <w:rsid w:val="00326F90"/>
    <w:rsid w:val="003A2536"/>
    <w:rsid w:val="00405AD7"/>
    <w:rsid w:val="00455280"/>
    <w:rsid w:val="004A24BD"/>
    <w:rsid w:val="004B567F"/>
    <w:rsid w:val="005517EC"/>
    <w:rsid w:val="00656190"/>
    <w:rsid w:val="006A3BAA"/>
    <w:rsid w:val="00702DAC"/>
    <w:rsid w:val="007338E7"/>
    <w:rsid w:val="00747DC1"/>
    <w:rsid w:val="008C1D0F"/>
    <w:rsid w:val="008D59BE"/>
    <w:rsid w:val="0091543D"/>
    <w:rsid w:val="00971B02"/>
    <w:rsid w:val="00AA1D8D"/>
    <w:rsid w:val="00AC5ABC"/>
    <w:rsid w:val="00B47730"/>
    <w:rsid w:val="00CB0664"/>
    <w:rsid w:val="00D85604"/>
    <w:rsid w:val="00F23A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13E4F1"/>
  <w14:defaultImageDpi w14:val="300"/>
  <w15:docId w15:val="{E30BBA9D-98D7-419D-AEF5-C62B6904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80"/>
    <w:pPr>
      <w:spacing w:after="60"/>
    </w:pPr>
    <w:rPr>
      <w:rFonts w:ascii="Aptos" w:hAnsi="Aptos"/>
      <w:color w:val="2D3741"/>
      <w:sz w:val="18"/>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44B6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4B6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395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Dayananda Jayasinghe</cp:lastModifiedBy>
  <cp:revision>2</cp:revision>
  <cp:lastPrinted>2026-10-11T19:47:00Z</cp:lastPrinted>
  <dcterms:created xsi:type="dcterms:W3CDTF">2026-10-11T23:16:00Z</dcterms:created>
  <dcterms:modified xsi:type="dcterms:W3CDTF">2026-10-11T23:16:00Z</dcterms:modified>
  <cp:category/>
</cp:coreProperties>
</file>